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3"/>
  <w:body>
    <w:p w14:paraId="07877622" w14:textId="57CEF1CB" w:rsidR="003C3A15" w:rsidRPr="00AC12E9" w:rsidRDefault="00AC12E9" w:rsidP="00AC12E9">
      <w:pPr>
        <w:shd w:val="clear" w:color="auto" w:fill="008080"/>
        <w:jc w:val="center"/>
        <w:rPr>
          <w:rFonts w:cs="PT Bold Heading"/>
          <w:color w:val="FFFFFF" w:themeColor="background1"/>
          <w:sz w:val="20"/>
          <w:szCs w:val="24"/>
        </w:rPr>
      </w:pPr>
      <w:r w:rsidRPr="00AC12E9">
        <w:rPr>
          <w:rFonts w:cs="PT Bold Heading"/>
          <w:color w:val="FFFFFF" w:themeColor="background1"/>
          <w:sz w:val="20"/>
          <w:szCs w:val="24"/>
          <w:rtl/>
        </w:rPr>
        <w:t>الخطة المدرسية لتحسين نواتج التعلم في الاختبارات الوطنية «نافس</w:t>
      </w:r>
      <w:r w:rsidRPr="00AC12E9">
        <w:rPr>
          <w:rFonts w:cs="PT Bold Heading"/>
          <w:color w:val="FFFFFF" w:themeColor="background1"/>
          <w:sz w:val="20"/>
          <w:szCs w:val="24"/>
        </w:rPr>
        <w:br/>
      </w:r>
      <w:r w:rsidRPr="00A27121">
        <w:rPr>
          <w:rFonts w:cs="PT Bold Heading"/>
          <w:color w:val="FFFFFF" w:themeColor="background1"/>
          <w:sz w:val="16"/>
          <w:szCs w:val="20"/>
          <w:rtl/>
        </w:rPr>
        <w:t>خطة قائمة على التشخيص والإجراءات المباشرة وقياس الأثر</w:t>
      </w:r>
    </w:p>
    <w:tbl>
      <w:tblPr>
        <w:tblStyle w:val="afa"/>
        <w:bidiVisual/>
        <w:tblW w:w="0" w:type="auto"/>
        <w:jc w:val="center"/>
        <w:tblLook w:val="04A0" w:firstRow="1" w:lastRow="0" w:firstColumn="1" w:lastColumn="0" w:noHBand="0" w:noVBand="1"/>
      </w:tblPr>
      <w:tblGrid>
        <w:gridCol w:w="4377"/>
        <w:gridCol w:w="4407"/>
      </w:tblGrid>
      <w:tr w:rsidR="00B714FF" w14:paraId="2E17B55F" w14:textId="77777777" w:rsidTr="00FE4095">
        <w:trPr>
          <w:trHeight w:val="340"/>
          <w:jc w:val="center"/>
        </w:trPr>
        <w:tc>
          <w:tcPr>
            <w:tcW w:w="4377" w:type="dxa"/>
            <w:shd w:val="clear" w:color="auto" w:fill="DDD9C3" w:themeFill="background2" w:themeFillShade="E6"/>
            <w:vAlign w:val="center"/>
          </w:tcPr>
          <w:p w14:paraId="6379AC5C" w14:textId="359239C4" w:rsidR="00B714FF" w:rsidRPr="00FE4095" w:rsidRDefault="00B714FF" w:rsidP="001064D2">
            <w:pPr>
              <w:bidi/>
              <w:jc w:val="center"/>
              <w:rPr>
                <w:rFonts w:cs="Khalid Art bold"/>
                <w:sz w:val="14"/>
                <w:szCs w:val="20"/>
                <w:rtl/>
              </w:rPr>
            </w:pPr>
            <w:r w:rsidRPr="00FE4095">
              <w:rPr>
                <w:rFonts w:cs="Khalid Art bold" w:hint="cs"/>
                <w:sz w:val="14"/>
                <w:szCs w:val="20"/>
                <w:rtl/>
              </w:rPr>
              <w:t>اسم المدرسة</w:t>
            </w:r>
          </w:p>
        </w:tc>
        <w:tc>
          <w:tcPr>
            <w:tcW w:w="4407" w:type="dxa"/>
            <w:shd w:val="clear" w:color="auto" w:fill="DDD9C3" w:themeFill="background2" w:themeFillShade="E6"/>
            <w:vAlign w:val="center"/>
          </w:tcPr>
          <w:p w14:paraId="4DD63763" w14:textId="698C946A" w:rsidR="00B714FF" w:rsidRPr="00FE4095" w:rsidRDefault="00A727AB" w:rsidP="001064D2">
            <w:pPr>
              <w:bidi/>
              <w:jc w:val="center"/>
              <w:rPr>
                <w:rFonts w:cs="Khalid Art bold"/>
                <w:sz w:val="14"/>
                <w:szCs w:val="20"/>
                <w:rtl/>
              </w:rPr>
            </w:pPr>
            <w:r w:rsidRPr="00FE4095">
              <w:rPr>
                <w:rFonts w:cs="Khalid Art bold" w:hint="cs"/>
                <w:sz w:val="14"/>
                <w:szCs w:val="20"/>
                <w:rtl/>
              </w:rPr>
              <w:t>العام الدراسي</w:t>
            </w:r>
          </w:p>
        </w:tc>
      </w:tr>
      <w:tr w:rsidR="00F166F5" w14:paraId="38D3C74A" w14:textId="77777777" w:rsidTr="00FE4095">
        <w:trPr>
          <w:trHeight w:val="340"/>
          <w:jc w:val="center"/>
        </w:trPr>
        <w:tc>
          <w:tcPr>
            <w:tcW w:w="4377" w:type="dxa"/>
            <w:vAlign w:val="center"/>
          </w:tcPr>
          <w:p w14:paraId="70D081B7" w14:textId="427997F8" w:rsidR="00F166F5" w:rsidRPr="00FE4095" w:rsidRDefault="00F166F5" w:rsidP="001064D2">
            <w:pPr>
              <w:bidi/>
              <w:jc w:val="center"/>
              <w:rPr>
                <w:rFonts w:cs="Khalid Art bold"/>
                <w:sz w:val="14"/>
                <w:szCs w:val="20"/>
              </w:rPr>
            </w:pPr>
          </w:p>
        </w:tc>
        <w:tc>
          <w:tcPr>
            <w:tcW w:w="4407" w:type="dxa"/>
            <w:vAlign w:val="center"/>
          </w:tcPr>
          <w:p w14:paraId="0A0D3C6D" w14:textId="77777777" w:rsidR="00F166F5" w:rsidRPr="00FE4095" w:rsidRDefault="00022476" w:rsidP="001064D2">
            <w:pPr>
              <w:bidi/>
              <w:jc w:val="center"/>
              <w:rPr>
                <w:rFonts w:cs="Khalid Art bold"/>
                <w:sz w:val="14"/>
                <w:szCs w:val="20"/>
              </w:rPr>
            </w:pPr>
            <w:r w:rsidRPr="00FE4095">
              <w:rPr>
                <w:rFonts w:cs="Khalid Art bold"/>
                <w:sz w:val="14"/>
                <w:szCs w:val="20"/>
                <w:rtl/>
              </w:rPr>
              <w:t>1448هـ</w:t>
            </w:r>
          </w:p>
        </w:tc>
      </w:tr>
      <w:tr w:rsidR="00F166F5" w14:paraId="149697AA" w14:textId="77777777" w:rsidTr="00FE4095">
        <w:trPr>
          <w:trHeight w:val="340"/>
          <w:jc w:val="center"/>
        </w:trPr>
        <w:tc>
          <w:tcPr>
            <w:tcW w:w="4377" w:type="dxa"/>
            <w:shd w:val="clear" w:color="auto" w:fill="DDD9C3" w:themeFill="background2" w:themeFillShade="E6"/>
            <w:vAlign w:val="center"/>
          </w:tcPr>
          <w:p w14:paraId="2F91235F" w14:textId="77777777" w:rsidR="00F166F5" w:rsidRPr="00FE4095" w:rsidRDefault="00022476" w:rsidP="001064D2">
            <w:pPr>
              <w:bidi/>
              <w:jc w:val="center"/>
              <w:rPr>
                <w:rFonts w:cs="Khalid Art bold"/>
                <w:sz w:val="14"/>
                <w:szCs w:val="20"/>
                <w:rtl/>
              </w:rPr>
            </w:pPr>
            <w:r w:rsidRPr="00FE4095">
              <w:rPr>
                <w:rFonts w:cs="Khalid Art bold"/>
                <w:sz w:val="14"/>
                <w:szCs w:val="20"/>
                <w:rtl/>
              </w:rPr>
              <w:t>الصفوف المستهدفة</w:t>
            </w:r>
          </w:p>
        </w:tc>
        <w:tc>
          <w:tcPr>
            <w:tcW w:w="4407" w:type="dxa"/>
            <w:shd w:val="clear" w:color="auto" w:fill="DDD9C3" w:themeFill="background2" w:themeFillShade="E6"/>
            <w:vAlign w:val="center"/>
          </w:tcPr>
          <w:p w14:paraId="6E06C3E8" w14:textId="04635494" w:rsidR="00F166F5" w:rsidRPr="00FE4095" w:rsidRDefault="0074512A" w:rsidP="001064D2">
            <w:pPr>
              <w:bidi/>
              <w:jc w:val="center"/>
              <w:rPr>
                <w:rFonts w:cs="Khalid Art bold"/>
                <w:sz w:val="14"/>
                <w:szCs w:val="20"/>
              </w:rPr>
            </w:pPr>
            <w:r w:rsidRPr="00FE4095">
              <w:rPr>
                <w:rFonts w:cs="Khalid Art bold" w:hint="cs"/>
                <w:sz w:val="14"/>
                <w:szCs w:val="20"/>
                <w:rtl/>
              </w:rPr>
              <w:t>المواد المستهدفة</w:t>
            </w:r>
          </w:p>
        </w:tc>
      </w:tr>
      <w:tr w:rsidR="00F166F5" w14:paraId="35972AD5" w14:textId="77777777" w:rsidTr="00FE4095">
        <w:trPr>
          <w:trHeight w:val="340"/>
          <w:jc w:val="center"/>
        </w:trPr>
        <w:tc>
          <w:tcPr>
            <w:tcW w:w="4377" w:type="dxa"/>
            <w:vAlign w:val="center"/>
          </w:tcPr>
          <w:p w14:paraId="70451C50" w14:textId="0ACACCCA" w:rsidR="00F166F5" w:rsidRPr="00FE4095" w:rsidRDefault="001064D2" w:rsidP="001064D2">
            <w:pPr>
              <w:bidi/>
              <w:jc w:val="center"/>
              <w:rPr>
                <w:rFonts w:cs="Khalid Art bold"/>
                <w:sz w:val="14"/>
                <w:szCs w:val="20"/>
              </w:rPr>
            </w:pPr>
            <w:r w:rsidRPr="00FE4095">
              <w:rPr>
                <w:rFonts w:cs="Khalid Art bold" w:hint="cs"/>
                <w:sz w:val="14"/>
                <w:szCs w:val="20"/>
                <w:rtl/>
              </w:rPr>
              <w:t xml:space="preserve">الثالث الابتدائي </w:t>
            </w:r>
            <w:r w:rsidRPr="00FE4095">
              <w:rPr>
                <w:rFonts w:cs="Khalid Art bold"/>
                <w:sz w:val="14"/>
                <w:szCs w:val="20"/>
                <w:rtl/>
              </w:rPr>
              <w:t>–</w:t>
            </w:r>
            <w:r w:rsidRPr="00FE4095">
              <w:rPr>
                <w:rFonts w:cs="Khalid Art bold" w:hint="cs"/>
                <w:sz w:val="14"/>
                <w:szCs w:val="20"/>
                <w:rtl/>
              </w:rPr>
              <w:t xml:space="preserve"> السادس الابتدائي </w:t>
            </w:r>
            <w:r w:rsidRPr="00FE4095">
              <w:rPr>
                <w:rFonts w:cs="Khalid Art bold"/>
                <w:sz w:val="14"/>
                <w:szCs w:val="20"/>
                <w:rtl/>
              </w:rPr>
              <w:t>–</w:t>
            </w:r>
            <w:r w:rsidRPr="00FE4095">
              <w:rPr>
                <w:rFonts w:cs="Khalid Art bold" w:hint="cs"/>
                <w:sz w:val="14"/>
                <w:szCs w:val="20"/>
                <w:rtl/>
              </w:rPr>
              <w:t xml:space="preserve"> الثالث المتوسط</w:t>
            </w:r>
          </w:p>
        </w:tc>
        <w:tc>
          <w:tcPr>
            <w:tcW w:w="4407" w:type="dxa"/>
            <w:vAlign w:val="center"/>
          </w:tcPr>
          <w:p w14:paraId="265C14D0" w14:textId="21099C2B" w:rsidR="00F166F5" w:rsidRPr="00FE4095" w:rsidRDefault="00022476" w:rsidP="001064D2">
            <w:pPr>
              <w:bidi/>
              <w:jc w:val="center"/>
              <w:rPr>
                <w:rFonts w:cs="Khalid Art bold"/>
                <w:sz w:val="14"/>
                <w:szCs w:val="20"/>
              </w:rPr>
            </w:pPr>
            <w:r w:rsidRPr="00FE4095">
              <w:rPr>
                <w:rFonts w:cs="Khalid Art bold"/>
                <w:sz w:val="14"/>
                <w:szCs w:val="20"/>
                <w:rtl/>
              </w:rPr>
              <w:t>القراءة</w:t>
            </w:r>
            <w:r w:rsidR="00C96EDE" w:rsidRPr="00FE4095">
              <w:rPr>
                <w:rFonts w:cs="Khalid Art bold" w:hint="cs"/>
                <w:sz w:val="14"/>
                <w:szCs w:val="20"/>
                <w:rtl/>
              </w:rPr>
              <w:t xml:space="preserve"> - </w:t>
            </w:r>
            <w:r w:rsidRPr="00FE4095">
              <w:rPr>
                <w:rFonts w:cs="Khalid Art bold"/>
                <w:sz w:val="14"/>
                <w:szCs w:val="20"/>
                <w:rtl/>
              </w:rPr>
              <w:t>الرياضيات</w:t>
            </w:r>
            <w:r w:rsidR="00C96EDE" w:rsidRPr="00FE4095">
              <w:rPr>
                <w:rFonts w:cs="Khalid Art bold" w:hint="cs"/>
                <w:sz w:val="14"/>
                <w:szCs w:val="20"/>
                <w:rtl/>
              </w:rPr>
              <w:t xml:space="preserve"> - </w:t>
            </w:r>
            <w:r w:rsidRPr="00FE4095">
              <w:rPr>
                <w:rFonts w:cs="Khalid Art bold"/>
                <w:sz w:val="14"/>
                <w:szCs w:val="20"/>
                <w:rtl/>
              </w:rPr>
              <w:t>العلوم</w:t>
            </w:r>
          </w:p>
        </w:tc>
      </w:tr>
    </w:tbl>
    <w:p w14:paraId="38800421" w14:textId="77777777" w:rsidR="003C3A15" w:rsidRPr="002208F5" w:rsidRDefault="003C3A15" w:rsidP="003C3A15">
      <w:pPr>
        <w:rPr>
          <w:b/>
          <w:color w:val="17365D"/>
          <w:sz w:val="12"/>
          <w:szCs w:val="10"/>
          <w:rtl/>
        </w:rPr>
      </w:pPr>
    </w:p>
    <w:p w14:paraId="7508917A" w14:textId="1D66C06A" w:rsidR="00F166F5" w:rsidRPr="00A00452" w:rsidRDefault="005260C0" w:rsidP="00A60EF5">
      <w:pPr>
        <w:pStyle w:val="aa"/>
        <w:numPr>
          <w:ilvl w:val="0"/>
          <w:numId w:val="11"/>
        </w:numPr>
        <w:shd w:val="clear" w:color="auto" w:fill="DDD9C3" w:themeFill="background2" w:themeFillShade="E6"/>
        <w:bidi/>
        <w:spacing w:line="240" w:lineRule="auto"/>
        <w:jc w:val="both"/>
        <w:rPr>
          <w:rFonts w:cs="FQ - AL MUHANNAD"/>
          <w:color w:val="006666"/>
          <w:sz w:val="28"/>
          <w:szCs w:val="28"/>
        </w:rPr>
      </w:pPr>
      <w:r w:rsidRPr="00A00452">
        <w:rPr>
          <w:rFonts w:cs="FQ - AL MUHANNAD" w:hint="cs"/>
          <w:color w:val="006666"/>
          <w:sz w:val="28"/>
          <w:szCs w:val="28"/>
          <w:rtl/>
        </w:rPr>
        <w:t xml:space="preserve">مرجعية الخطة: </w:t>
      </w:r>
      <w:r w:rsidRPr="00A00452">
        <w:rPr>
          <w:rFonts w:cs="FQ - AL MUHANNAD"/>
          <w:color w:val="006666"/>
          <w:sz w:val="28"/>
          <w:szCs w:val="28"/>
          <w:rtl/>
        </w:rPr>
        <w:t>بطاقات نتائج نافس للعام الدراسي الماضي</w:t>
      </w:r>
      <w:r w:rsidR="00A87C03" w:rsidRPr="00A00452">
        <w:rPr>
          <w:rFonts w:cs="FQ - AL MUHANNAD" w:hint="cs"/>
          <w:color w:val="006666"/>
          <w:sz w:val="28"/>
          <w:szCs w:val="28"/>
          <w:rtl/>
        </w:rPr>
        <w:t xml:space="preserve"> 1447هـ</w:t>
      </w:r>
      <w:r w:rsidR="0031740C" w:rsidRPr="00A00452">
        <w:rPr>
          <w:rFonts w:cs="FQ - AL MUHANNAD" w:hint="cs"/>
          <w:color w:val="006666"/>
          <w:sz w:val="28"/>
          <w:szCs w:val="28"/>
          <w:rtl/>
        </w:rPr>
        <w:t xml:space="preserve"> و</w:t>
      </w:r>
      <w:r w:rsidRPr="00A00452">
        <w:rPr>
          <w:rFonts w:cs="FQ - AL MUHANNAD"/>
          <w:color w:val="006666"/>
          <w:sz w:val="28"/>
          <w:szCs w:val="28"/>
          <w:rtl/>
        </w:rPr>
        <w:t>القياس التشخيصي الحالي لتحديد خط الأساس وبناء مستهدفات التحسين وقياس التقدم</w:t>
      </w:r>
      <w:r w:rsidRPr="00A00452">
        <w:rPr>
          <w:rFonts w:cs="FQ - AL MUHANNAD" w:hint="cs"/>
          <w:color w:val="006666"/>
          <w:sz w:val="28"/>
          <w:szCs w:val="28"/>
          <w:rtl/>
        </w:rPr>
        <w:t>.</w:t>
      </w:r>
    </w:p>
    <w:p w14:paraId="4F924491" w14:textId="7B2DFF77" w:rsidR="005260C0" w:rsidRDefault="005260C0" w:rsidP="005260C0">
      <w:pPr>
        <w:rPr>
          <w:sz w:val="2"/>
          <w:szCs w:val="2"/>
        </w:rPr>
      </w:pPr>
    </w:p>
    <w:p w14:paraId="5CDD288A" w14:textId="67ABCD5A" w:rsidR="00093669" w:rsidRPr="007C17D6" w:rsidRDefault="00093669" w:rsidP="007C17D6">
      <w:pPr>
        <w:shd w:val="clear" w:color="auto" w:fill="008080"/>
        <w:jc w:val="right"/>
        <w:rPr>
          <w:rFonts w:cs="PT Bold Heading"/>
          <w:color w:val="FFFFFF" w:themeColor="background1"/>
          <w:sz w:val="20"/>
          <w:szCs w:val="24"/>
        </w:rPr>
      </w:pPr>
      <w:r w:rsidRPr="007C17D6">
        <w:rPr>
          <w:rFonts w:cs="PT Bold Heading" w:hint="cs"/>
          <w:color w:val="FFFFFF" w:themeColor="background1"/>
          <w:sz w:val="20"/>
          <w:szCs w:val="24"/>
          <w:rtl/>
        </w:rPr>
        <w:t>أولاً</w:t>
      </w:r>
      <w:r w:rsidR="007C17D6" w:rsidRPr="007C17D6">
        <w:rPr>
          <w:rFonts w:cs="PT Bold Heading" w:hint="cs"/>
          <w:color w:val="FFFFFF" w:themeColor="background1"/>
          <w:sz w:val="20"/>
          <w:szCs w:val="24"/>
          <w:rtl/>
        </w:rPr>
        <w:t xml:space="preserve">: </w:t>
      </w:r>
      <w:r w:rsidR="007C17D6" w:rsidRPr="007C17D6">
        <w:rPr>
          <w:rFonts w:cs="PT Bold Heading"/>
          <w:color w:val="FFFFFF" w:themeColor="background1"/>
          <w:sz w:val="20"/>
          <w:szCs w:val="24"/>
          <w:rtl/>
        </w:rPr>
        <w:t>بطاقات نتائج نافس للعام الدراسي الماضي</w:t>
      </w:r>
      <w:r w:rsidR="007C17D6" w:rsidRPr="007C17D6">
        <w:rPr>
          <w:rFonts w:cs="PT Bold Heading" w:hint="cs"/>
          <w:color w:val="FFFFFF" w:themeColor="background1"/>
          <w:sz w:val="20"/>
          <w:szCs w:val="24"/>
          <w:rtl/>
        </w:rPr>
        <w:t xml:space="preserve"> 1447هـ</w:t>
      </w:r>
      <w:r w:rsidR="00C96EDE">
        <w:rPr>
          <w:rFonts w:cs="PT Bold Heading" w:hint="cs"/>
          <w:color w:val="FFFFFF" w:themeColor="background1"/>
          <w:sz w:val="20"/>
          <w:szCs w:val="24"/>
          <w:rtl/>
        </w:rPr>
        <w:t>:</w:t>
      </w:r>
    </w:p>
    <w:p w14:paraId="468DD1BF" w14:textId="77777777" w:rsidR="005C7622" w:rsidRPr="0031740C" w:rsidRDefault="005C7622" w:rsidP="00A00452">
      <w:pPr>
        <w:bidi/>
        <w:rPr>
          <w:sz w:val="2"/>
          <w:szCs w:val="2"/>
        </w:rPr>
      </w:pPr>
    </w:p>
    <w:p w14:paraId="7C93AE6D" w14:textId="5343CEB8" w:rsidR="00F166F5" w:rsidRPr="00244EA9" w:rsidRDefault="00F21F11" w:rsidP="00DA70A5">
      <w:pPr>
        <w:shd w:val="clear" w:color="auto" w:fill="008080"/>
        <w:bidi/>
        <w:rPr>
          <w:rFonts w:cs="PT Bold Heading"/>
          <w:color w:val="FFFFFF" w:themeColor="background1"/>
          <w:sz w:val="20"/>
          <w:szCs w:val="24"/>
        </w:rPr>
      </w:pPr>
      <w:r>
        <w:rPr>
          <w:rFonts w:cs="Khalid Art bold" w:hint="cs"/>
          <w:noProof/>
          <w:color w:val="008080"/>
          <w:sz w:val="20"/>
          <w:szCs w:val="24"/>
          <w:rtl/>
          <w:lang w:val="ar-SA"/>
        </w:rPr>
        <mc:AlternateContent>
          <mc:Choice Requires="wps">
            <w:drawing>
              <wp:anchor distT="0" distB="0" distL="114300" distR="114300" simplePos="0" relativeHeight="251659264" behindDoc="0" locked="0" layoutInCell="1" allowOverlap="1" wp14:anchorId="0945C17B" wp14:editId="6C619D3D">
                <wp:simplePos x="0" y="0"/>
                <wp:positionH relativeFrom="column">
                  <wp:posOffset>377190</wp:posOffset>
                </wp:positionH>
                <wp:positionV relativeFrom="paragraph">
                  <wp:posOffset>5930265</wp:posOffset>
                </wp:positionV>
                <wp:extent cx="1272540" cy="327660"/>
                <wp:effectExtent l="0" t="0" r="0" b="0"/>
                <wp:wrapNone/>
                <wp:docPr id="2140421530" name="مربع نص 1"/>
                <wp:cNvGraphicFramePr/>
                <a:graphic xmlns:a="http://schemas.openxmlformats.org/drawingml/2006/main">
                  <a:graphicData uri="http://schemas.microsoft.com/office/word/2010/wordprocessingShape">
                    <wps:wsp>
                      <wps:cNvSpPr txBox="1"/>
                      <wps:spPr>
                        <a:xfrm>
                          <a:off x="0" y="0"/>
                          <a:ext cx="1272540" cy="327660"/>
                        </a:xfrm>
                        <a:prstGeom prst="rect">
                          <a:avLst/>
                        </a:prstGeom>
                        <a:noFill/>
                        <a:ln w="6350">
                          <a:noFill/>
                        </a:ln>
                      </wps:spPr>
                      <wps:txbx>
                        <w:txbxContent>
                          <w:p w14:paraId="2878D957" w14:textId="19C0AFF9" w:rsidR="00F21F11" w:rsidRDefault="00F21F11">
                            <w:pPr>
                              <w:rPr>
                                <w:rtl/>
                              </w:rPr>
                            </w:pPr>
                            <w:r>
                              <w:rPr>
                                <w:rFonts w:hint="cs"/>
                                <w:rtl/>
                              </w:rPr>
                              <w:t>إعداد: أ. أحمد بن عبدالله</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45C17B" id="_x0000_t202" coordsize="21600,21600" o:spt="202" path="m,l,21600r21600,l21600,xe">
                <v:stroke joinstyle="miter"/>
                <v:path gradientshapeok="t" o:connecttype="rect"/>
              </v:shapetype>
              <v:shape id="مربع نص 1" o:spid="_x0000_s1026" type="#_x0000_t202" style="position:absolute;left:0;text-align:left;margin-left:29.7pt;margin-top:466.95pt;width:100.2pt;height:2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" filled="f" stroked="f" strokeweight=".5pt">
                <v:textbox>
                  <w:txbxContent>
                    <w:p w14:paraId="2878D957" w14:textId="19C0AFF9" w:rsidR="00F21F11" w:rsidRDefault="00F21F11">
                      <w:pPr>
                        <w:rPr>
                          <w:rtl/>
                        </w:rPr>
                      </w:pPr>
                      <w:r>
                        <w:rPr>
                          <w:rFonts w:hint="cs"/>
                          <w:rtl/>
                        </w:rPr>
                        <w:t>إعداد: أ. أحمد بن عبدالله</w:t>
                      </w:r>
                    </w:p>
                  </w:txbxContent>
                </v:textbox>
              </v:shape>
            </w:pict>
          </mc:Fallback>
        </mc:AlternateContent>
      </w:r>
      <w:r w:rsidR="00022476" w:rsidRPr="00244EA9">
        <w:rPr>
          <w:rFonts w:cs="PT Bold Heading"/>
          <w:color w:val="FFFFFF" w:themeColor="background1"/>
          <w:sz w:val="20"/>
          <w:szCs w:val="24"/>
          <w:rtl/>
        </w:rPr>
        <w:t>بطاقة الصف الثالث الابتدائي</w:t>
      </w:r>
      <w:r w:rsidR="00DA70A5">
        <w:rPr>
          <w:rFonts w:cs="PT Bold Heading" w:hint="cs"/>
          <w:color w:val="FFFFFF" w:themeColor="background1"/>
          <w:sz w:val="20"/>
          <w:szCs w:val="24"/>
          <w:rtl/>
        </w:rPr>
        <w:t>:</w:t>
      </w:r>
    </w:p>
    <w:tbl>
      <w:tblPr>
        <w:tblStyle w:val="afa"/>
        <w:bidiVisual/>
        <w:tblW w:w="0" w:type="auto"/>
        <w:tblLook w:val="04A0" w:firstRow="1" w:lastRow="0" w:firstColumn="1" w:lastColumn="0" w:noHBand="0" w:noVBand="1"/>
      </w:tblPr>
      <w:tblGrid>
        <w:gridCol w:w="4379"/>
        <w:gridCol w:w="3258"/>
        <w:gridCol w:w="3289"/>
      </w:tblGrid>
      <w:tr w:rsidR="00F166F5" w:rsidRPr="00B714FF" w14:paraId="45E081E4" w14:textId="77777777" w:rsidTr="00C96EDE">
        <w:trPr>
          <w:trHeight w:val="567"/>
        </w:trPr>
        <w:tc>
          <w:tcPr>
            <w:tcW w:w="4383" w:type="dxa"/>
            <w:shd w:val="clear" w:color="auto" w:fill="DDD9C3" w:themeFill="background2" w:themeFillShade="E6"/>
            <w:vAlign w:val="center"/>
          </w:tcPr>
          <w:p w14:paraId="48977FBC" w14:textId="77777777" w:rsidR="00F166F5" w:rsidRPr="00B714FF" w:rsidRDefault="00022476" w:rsidP="00B714FF">
            <w:pPr>
              <w:bidi/>
              <w:jc w:val="center"/>
            </w:pPr>
            <w:r w:rsidRPr="00B714FF">
              <w:rPr>
                <w:b/>
                <w:sz w:val="14"/>
                <w:rtl/>
              </w:rPr>
              <w:t>عدد الطلاب الإجمالي</w:t>
            </w:r>
          </w:p>
        </w:tc>
        <w:tc>
          <w:tcPr>
            <w:tcW w:w="3261" w:type="dxa"/>
            <w:shd w:val="clear" w:color="auto" w:fill="DDD9C3" w:themeFill="background2" w:themeFillShade="E6"/>
            <w:vAlign w:val="center"/>
          </w:tcPr>
          <w:p w14:paraId="770C3E1D" w14:textId="77777777" w:rsidR="00F166F5" w:rsidRPr="00B714FF" w:rsidRDefault="00022476" w:rsidP="00B714FF">
            <w:pPr>
              <w:bidi/>
              <w:jc w:val="center"/>
            </w:pPr>
            <w:r w:rsidRPr="00B714FF">
              <w:rPr>
                <w:b/>
                <w:sz w:val="14"/>
                <w:rtl/>
              </w:rPr>
              <w:t>عدد الطلاب المختبرين</w:t>
            </w:r>
          </w:p>
        </w:tc>
        <w:tc>
          <w:tcPr>
            <w:tcW w:w="3292" w:type="dxa"/>
            <w:shd w:val="clear" w:color="auto" w:fill="DDD9C3" w:themeFill="background2" w:themeFillShade="E6"/>
            <w:vAlign w:val="center"/>
          </w:tcPr>
          <w:p w14:paraId="2BB7D12D" w14:textId="522EB669" w:rsidR="00F166F5" w:rsidRPr="00B714FF" w:rsidRDefault="00022476" w:rsidP="00B714FF">
            <w:pPr>
              <w:bidi/>
              <w:jc w:val="center"/>
            </w:pPr>
            <w:r w:rsidRPr="00B714FF">
              <w:rPr>
                <w:b/>
                <w:sz w:val="14"/>
                <w:rtl/>
              </w:rPr>
              <w:t>نسبة اجتياز الحد الأدنى للإتقان في المواد المستهدفة مجتمعة</w:t>
            </w:r>
          </w:p>
        </w:tc>
      </w:tr>
      <w:tr w:rsidR="00F166F5" w:rsidRPr="00B714FF" w14:paraId="1C9256A7" w14:textId="77777777" w:rsidTr="00C96EDE">
        <w:trPr>
          <w:trHeight w:val="567"/>
        </w:trPr>
        <w:tc>
          <w:tcPr>
            <w:tcW w:w="4383" w:type="dxa"/>
            <w:vAlign w:val="center"/>
          </w:tcPr>
          <w:p w14:paraId="50E3D9CD" w14:textId="310013BC" w:rsidR="00F166F5" w:rsidRPr="00B714FF" w:rsidRDefault="00F166F5" w:rsidP="00B714FF">
            <w:pPr>
              <w:bidi/>
              <w:jc w:val="center"/>
            </w:pPr>
          </w:p>
        </w:tc>
        <w:tc>
          <w:tcPr>
            <w:tcW w:w="3261" w:type="dxa"/>
            <w:vAlign w:val="center"/>
          </w:tcPr>
          <w:p w14:paraId="50275C5F" w14:textId="737029CA" w:rsidR="00F166F5" w:rsidRPr="00B714FF" w:rsidRDefault="00F166F5" w:rsidP="00B714FF">
            <w:pPr>
              <w:bidi/>
              <w:jc w:val="center"/>
            </w:pPr>
          </w:p>
        </w:tc>
        <w:tc>
          <w:tcPr>
            <w:tcW w:w="3292" w:type="dxa"/>
            <w:vAlign w:val="center"/>
          </w:tcPr>
          <w:p w14:paraId="110F8C9E" w14:textId="37DD05A6" w:rsidR="00F166F5" w:rsidRPr="00B714FF" w:rsidRDefault="00F166F5" w:rsidP="00B714FF">
            <w:pPr>
              <w:bidi/>
              <w:jc w:val="center"/>
            </w:pPr>
          </w:p>
        </w:tc>
      </w:tr>
      <w:tr w:rsidR="00F166F5" w:rsidRPr="00B714FF" w14:paraId="3E578882" w14:textId="77777777" w:rsidTr="00C96EDE">
        <w:trPr>
          <w:trHeight w:val="567"/>
        </w:trPr>
        <w:tc>
          <w:tcPr>
            <w:tcW w:w="4383" w:type="dxa"/>
            <w:shd w:val="clear" w:color="auto" w:fill="DDD9C3" w:themeFill="background2" w:themeFillShade="E6"/>
            <w:vAlign w:val="center"/>
          </w:tcPr>
          <w:p w14:paraId="3513028F" w14:textId="77777777" w:rsidR="00F166F5" w:rsidRPr="00B714FF" w:rsidRDefault="00022476" w:rsidP="00B714FF">
            <w:pPr>
              <w:bidi/>
              <w:jc w:val="center"/>
            </w:pPr>
            <w:r w:rsidRPr="00B714FF">
              <w:rPr>
                <w:b/>
                <w:sz w:val="13"/>
                <w:rtl/>
              </w:rPr>
              <w:t>السؤال المباشر</w:t>
            </w:r>
          </w:p>
        </w:tc>
        <w:tc>
          <w:tcPr>
            <w:tcW w:w="3261" w:type="dxa"/>
            <w:shd w:val="clear" w:color="auto" w:fill="DDD9C3" w:themeFill="background2" w:themeFillShade="E6"/>
            <w:vAlign w:val="center"/>
          </w:tcPr>
          <w:p w14:paraId="35560323" w14:textId="77777777" w:rsidR="00F166F5" w:rsidRPr="00B714FF" w:rsidRDefault="00022476" w:rsidP="00B714FF">
            <w:pPr>
              <w:bidi/>
              <w:jc w:val="center"/>
            </w:pPr>
            <w:r w:rsidRPr="00B714FF">
              <w:rPr>
                <w:b/>
                <w:sz w:val="13"/>
                <w:rtl/>
              </w:rPr>
              <w:t>القراءة</w:t>
            </w:r>
          </w:p>
        </w:tc>
        <w:tc>
          <w:tcPr>
            <w:tcW w:w="3292" w:type="dxa"/>
            <w:shd w:val="clear" w:color="auto" w:fill="DDD9C3" w:themeFill="background2" w:themeFillShade="E6"/>
            <w:vAlign w:val="center"/>
          </w:tcPr>
          <w:p w14:paraId="3FC331BA" w14:textId="09F39A70" w:rsidR="00F166F5" w:rsidRPr="00B714FF" w:rsidRDefault="00022476" w:rsidP="00B714FF">
            <w:pPr>
              <w:bidi/>
              <w:jc w:val="center"/>
            </w:pPr>
            <w:r w:rsidRPr="00B714FF">
              <w:rPr>
                <w:b/>
                <w:sz w:val="13"/>
                <w:rtl/>
              </w:rPr>
              <w:t>الرياضيات</w:t>
            </w:r>
          </w:p>
        </w:tc>
      </w:tr>
      <w:tr w:rsidR="00F166F5" w:rsidRPr="00B714FF" w14:paraId="5014D7C0" w14:textId="77777777" w:rsidTr="00C96EDE">
        <w:trPr>
          <w:trHeight w:val="567"/>
        </w:trPr>
        <w:tc>
          <w:tcPr>
            <w:tcW w:w="4383" w:type="dxa"/>
            <w:shd w:val="clear" w:color="auto" w:fill="DDD9C3" w:themeFill="background2" w:themeFillShade="E6"/>
            <w:vAlign w:val="center"/>
          </w:tcPr>
          <w:p w14:paraId="3F1CB832" w14:textId="77777777" w:rsidR="00F166F5" w:rsidRPr="00B714FF" w:rsidRDefault="00022476" w:rsidP="00FE4095">
            <w:pPr>
              <w:bidi/>
            </w:pPr>
            <w:r w:rsidRPr="00B714FF">
              <w:rPr>
                <w:sz w:val="13"/>
                <w:rtl/>
              </w:rPr>
              <w:t>ما متوسط درجات الطلاب؟</w:t>
            </w:r>
          </w:p>
        </w:tc>
        <w:tc>
          <w:tcPr>
            <w:tcW w:w="3261" w:type="dxa"/>
            <w:vAlign w:val="center"/>
          </w:tcPr>
          <w:p w14:paraId="4BD32F41" w14:textId="77777777" w:rsidR="00F166F5" w:rsidRPr="00B714FF" w:rsidRDefault="00F166F5" w:rsidP="00B714FF">
            <w:pPr>
              <w:bidi/>
              <w:jc w:val="center"/>
            </w:pPr>
          </w:p>
        </w:tc>
        <w:tc>
          <w:tcPr>
            <w:tcW w:w="3292" w:type="dxa"/>
            <w:vAlign w:val="center"/>
          </w:tcPr>
          <w:p w14:paraId="7FC8A953" w14:textId="706C5FBA" w:rsidR="00F166F5" w:rsidRPr="00B714FF" w:rsidRDefault="00F166F5" w:rsidP="00B714FF">
            <w:pPr>
              <w:bidi/>
              <w:jc w:val="center"/>
            </w:pPr>
          </w:p>
        </w:tc>
      </w:tr>
      <w:tr w:rsidR="00F166F5" w:rsidRPr="00B714FF" w14:paraId="1B755701" w14:textId="77777777" w:rsidTr="00C96EDE">
        <w:trPr>
          <w:trHeight w:val="567"/>
        </w:trPr>
        <w:tc>
          <w:tcPr>
            <w:tcW w:w="4383" w:type="dxa"/>
            <w:shd w:val="clear" w:color="auto" w:fill="DDD9C3" w:themeFill="background2" w:themeFillShade="E6"/>
            <w:vAlign w:val="center"/>
          </w:tcPr>
          <w:p w14:paraId="4AA5D1AB" w14:textId="77777777" w:rsidR="00F166F5" w:rsidRPr="00B714FF" w:rsidRDefault="00022476" w:rsidP="00FE4095">
            <w:pPr>
              <w:bidi/>
            </w:pPr>
            <w:r w:rsidRPr="00B714FF">
              <w:rPr>
                <w:sz w:val="13"/>
                <w:rtl/>
              </w:rPr>
              <w:t>ما نسبة الطلاب الذين اجتازوا الحد الأدنى للإتقان؟</w:t>
            </w:r>
          </w:p>
        </w:tc>
        <w:tc>
          <w:tcPr>
            <w:tcW w:w="3261" w:type="dxa"/>
            <w:vAlign w:val="center"/>
          </w:tcPr>
          <w:p w14:paraId="56695CB2" w14:textId="77777777" w:rsidR="00F166F5" w:rsidRPr="00B714FF" w:rsidRDefault="00F166F5" w:rsidP="00B714FF">
            <w:pPr>
              <w:bidi/>
              <w:jc w:val="center"/>
            </w:pPr>
          </w:p>
        </w:tc>
        <w:tc>
          <w:tcPr>
            <w:tcW w:w="3292" w:type="dxa"/>
            <w:vAlign w:val="center"/>
          </w:tcPr>
          <w:p w14:paraId="2315EEC2" w14:textId="01492289" w:rsidR="00F166F5" w:rsidRPr="00B714FF" w:rsidRDefault="00F166F5" w:rsidP="00B714FF">
            <w:pPr>
              <w:bidi/>
              <w:jc w:val="center"/>
            </w:pPr>
          </w:p>
        </w:tc>
      </w:tr>
      <w:tr w:rsidR="00F166F5" w:rsidRPr="00B714FF" w14:paraId="677EE0EC" w14:textId="77777777" w:rsidTr="00C96EDE">
        <w:trPr>
          <w:trHeight w:val="567"/>
        </w:trPr>
        <w:tc>
          <w:tcPr>
            <w:tcW w:w="4383" w:type="dxa"/>
            <w:shd w:val="clear" w:color="auto" w:fill="DDD9C3" w:themeFill="background2" w:themeFillShade="E6"/>
            <w:vAlign w:val="center"/>
          </w:tcPr>
          <w:p w14:paraId="7F97829F" w14:textId="77777777" w:rsidR="00F166F5" w:rsidRPr="00B714FF" w:rsidRDefault="00022476" w:rsidP="00FE4095">
            <w:pPr>
              <w:bidi/>
            </w:pPr>
            <w:r w:rsidRPr="00B714FF">
              <w:rPr>
                <w:sz w:val="13"/>
                <w:rtl/>
              </w:rPr>
              <w:t>ما مقدار التغير مقارنة بالعام السابق؟</w:t>
            </w:r>
          </w:p>
        </w:tc>
        <w:tc>
          <w:tcPr>
            <w:tcW w:w="3261" w:type="dxa"/>
            <w:vAlign w:val="center"/>
          </w:tcPr>
          <w:p w14:paraId="727B15FB" w14:textId="77777777" w:rsidR="00F166F5" w:rsidRPr="00B714FF" w:rsidRDefault="00F166F5" w:rsidP="00B714FF">
            <w:pPr>
              <w:bidi/>
              <w:jc w:val="center"/>
            </w:pPr>
          </w:p>
        </w:tc>
        <w:tc>
          <w:tcPr>
            <w:tcW w:w="3292" w:type="dxa"/>
            <w:vAlign w:val="center"/>
          </w:tcPr>
          <w:p w14:paraId="770720B6" w14:textId="7C58E042" w:rsidR="00F166F5" w:rsidRPr="00B714FF" w:rsidRDefault="00F166F5" w:rsidP="00B714FF">
            <w:pPr>
              <w:bidi/>
              <w:jc w:val="center"/>
            </w:pPr>
          </w:p>
        </w:tc>
      </w:tr>
      <w:tr w:rsidR="00F166F5" w:rsidRPr="00B714FF" w14:paraId="76E91346" w14:textId="77777777" w:rsidTr="00C96EDE">
        <w:trPr>
          <w:trHeight w:val="567"/>
        </w:trPr>
        <w:tc>
          <w:tcPr>
            <w:tcW w:w="4383" w:type="dxa"/>
            <w:shd w:val="clear" w:color="auto" w:fill="DDD9C3" w:themeFill="background2" w:themeFillShade="E6"/>
            <w:vAlign w:val="center"/>
          </w:tcPr>
          <w:p w14:paraId="0987B2DA" w14:textId="77777777" w:rsidR="00F166F5" w:rsidRPr="00B714FF" w:rsidRDefault="00022476" w:rsidP="00FE4095">
            <w:pPr>
              <w:bidi/>
            </w:pPr>
            <w:r w:rsidRPr="00B714FF">
              <w:rPr>
                <w:sz w:val="13"/>
                <w:rtl/>
              </w:rPr>
              <w:t>ما المجال الفرعي الأقل إتقانًا؟</w:t>
            </w:r>
          </w:p>
        </w:tc>
        <w:tc>
          <w:tcPr>
            <w:tcW w:w="3261" w:type="dxa"/>
            <w:vAlign w:val="center"/>
          </w:tcPr>
          <w:p w14:paraId="35E50500" w14:textId="77777777" w:rsidR="00F166F5" w:rsidRPr="00B714FF" w:rsidRDefault="00F166F5" w:rsidP="00B714FF">
            <w:pPr>
              <w:bidi/>
              <w:jc w:val="center"/>
            </w:pPr>
          </w:p>
        </w:tc>
        <w:tc>
          <w:tcPr>
            <w:tcW w:w="3292" w:type="dxa"/>
            <w:vAlign w:val="center"/>
          </w:tcPr>
          <w:p w14:paraId="2DFDA67F" w14:textId="77777777" w:rsidR="00F166F5" w:rsidRPr="00B714FF" w:rsidRDefault="00F166F5" w:rsidP="00B714FF">
            <w:pPr>
              <w:bidi/>
              <w:jc w:val="center"/>
            </w:pPr>
          </w:p>
        </w:tc>
      </w:tr>
      <w:tr w:rsidR="00F166F5" w:rsidRPr="00B714FF" w14:paraId="76E6435D" w14:textId="77777777" w:rsidTr="00C96EDE">
        <w:trPr>
          <w:trHeight w:val="567"/>
        </w:trPr>
        <w:tc>
          <w:tcPr>
            <w:tcW w:w="4383" w:type="dxa"/>
            <w:shd w:val="clear" w:color="auto" w:fill="DDD9C3" w:themeFill="background2" w:themeFillShade="E6"/>
            <w:vAlign w:val="center"/>
          </w:tcPr>
          <w:p w14:paraId="66956D06" w14:textId="77777777" w:rsidR="00F166F5" w:rsidRPr="00B714FF" w:rsidRDefault="00022476" w:rsidP="00FE4095">
            <w:pPr>
              <w:bidi/>
            </w:pPr>
            <w:r w:rsidRPr="00B714FF">
              <w:rPr>
                <w:sz w:val="13"/>
                <w:rtl/>
              </w:rPr>
              <w:t>ما نسبة الإتقان في المجال الفرعي الأقل؟</w:t>
            </w:r>
          </w:p>
        </w:tc>
        <w:tc>
          <w:tcPr>
            <w:tcW w:w="3261" w:type="dxa"/>
            <w:vAlign w:val="center"/>
          </w:tcPr>
          <w:p w14:paraId="0D845E1E" w14:textId="77777777" w:rsidR="00F166F5" w:rsidRPr="00B714FF" w:rsidRDefault="00F166F5" w:rsidP="00B714FF">
            <w:pPr>
              <w:bidi/>
              <w:jc w:val="center"/>
            </w:pPr>
          </w:p>
        </w:tc>
        <w:tc>
          <w:tcPr>
            <w:tcW w:w="3292" w:type="dxa"/>
            <w:vAlign w:val="center"/>
          </w:tcPr>
          <w:p w14:paraId="2A1B5DB2" w14:textId="0FAB6AB1" w:rsidR="00F166F5" w:rsidRPr="00B714FF" w:rsidRDefault="00F166F5" w:rsidP="00B714FF">
            <w:pPr>
              <w:bidi/>
              <w:jc w:val="center"/>
            </w:pPr>
          </w:p>
        </w:tc>
      </w:tr>
      <w:tr w:rsidR="00F166F5" w:rsidRPr="00B714FF" w14:paraId="7332B41B" w14:textId="77777777" w:rsidTr="00C96EDE">
        <w:trPr>
          <w:trHeight w:val="567"/>
        </w:trPr>
        <w:tc>
          <w:tcPr>
            <w:tcW w:w="4383" w:type="dxa"/>
            <w:shd w:val="clear" w:color="auto" w:fill="DDD9C3" w:themeFill="background2" w:themeFillShade="E6"/>
            <w:vAlign w:val="center"/>
          </w:tcPr>
          <w:p w14:paraId="7AB32E7C" w14:textId="77777777" w:rsidR="00F166F5" w:rsidRPr="00B714FF" w:rsidRDefault="00022476" w:rsidP="00FE4095">
            <w:pPr>
              <w:bidi/>
            </w:pPr>
            <w:r w:rsidRPr="00B714FF">
              <w:rPr>
                <w:sz w:val="13"/>
                <w:rtl/>
              </w:rPr>
              <w:t>ما اتجاه الأداء؟ (تحسن / تراجع / استقرار)</w:t>
            </w:r>
          </w:p>
        </w:tc>
        <w:tc>
          <w:tcPr>
            <w:tcW w:w="3261" w:type="dxa"/>
            <w:vAlign w:val="center"/>
          </w:tcPr>
          <w:p w14:paraId="470B33DF" w14:textId="77777777" w:rsidR="00F166F5" w:rsidRPr="00B714FF" w:rsidRDefault="00F166F5" w:rsidP="00B714FF">
            <w:pPr>
              <w:bidi/>
              <w:jc w:val="center"/>
            </w:pPr>
          </w:p>
        </w:tc>
        <w:tc>
          <w:tcPr>
            <w:tcW w:w="3292" w:type="dxa"/>
            <w:vAlign w:val="center"/>
          </w:tcPr>
          <w:p w14:paraId="13D1D059" w14:textId="24B4C13E" w:rsidR="00F166F5" w:rsidRPr="00B714FF" w:rsidRDefault="00F166F5" w:rsidP="00B714FF">
            <w:pPr>
              <w:bidi/>
              <w:jc w:val="center"/>
            </w:pPr>
          </w:p>
        </w:tc>
      </w:tr>
      <w:tr w:rsidR="00F166F5" w:rsidRPr="00B714FF" w14:paraId="16B6BDFA" w14:textId="77777777" w:rsidTr="00C96EDE">
        <w:trPr>
          <w:trHeight w:val="567"/>
        </w:trPr>
        <w:tc>
          <w:tcPr>
            <w:tcW w:w="4383" w:type="dxa"/>
            <w:shd w:val="clear" w:color="auto" w:fill="DDD9C3" w:themeFill="background2" w:themeFillShade="E6"/>
            <w:vAlign w:val="center"/>
          </w:tcPr>
          <w:p w14:paraId="7B345E79" w14:textId="77777777" w:rsidR="00F166F5" w:rsidRPr="00B714FF" w:rsidRDefault="00022476" w:rsidP="00FE4095">
            <w:pPr>
              <w:bidi/>
            </w:pPr>
            <w:r w:rsidRPr="00B714FF">
              <w:rPr>
                <w:sz w:val="13"/>
                <w:rtl/>
              </w:rPr>
              <w:t>ما الإجراء المطلوب؟ (معالجة / تحسين / تعزيز ومحافظة)</w:t>
            </w:r>
          </w:p>
        </w:tc>
        <w:tc>
          <w:tcPr>
            <w:tcW w:w="3261" w:type="dxa"/>
            <w:vAlign w:val="center"/>
          </w:tcPr>
          <w:p w14:paraId="2319531A" w14:textId="77777777" w:rsidR="00F166F5" w:rsidRPr="00B714FF" w:rsidRDefault="00F166F5" w:rsidP="00B714FF">
            <w:pPr>
              <w:bidi/>
              <w:jc w:val="center"/>
            </w:pPr>
          </w:p>
        </w:tc>
        <w:tc>
          <w:tcPr>
            <w:tcW w:w="3292" w:type="dxa"/>
            <w:vAlign w:val="center"/>
          </w:tcPr>
          <w:p w14:paraId="1D95CBC3" w14:textId="25F679E7" w:rsidR="00F166F5" w:rsidRPr="00B714FF" w:rsidRDefault="00F166F5" w:rsidP="00B714FF">
            <w:pPr>
              <w:bidi/>
              <w:jc w:val="center"/>
            </w:pPr>
          </w:p>
        </w:tc>
      </w:tr>
      <w:tr w:rsidR="00F166F5" w:rsidRPr="00B714FF" w14:paraId="3292DED2" w14:textId="77777777" w:rsidTr="00C96EDE">
        <w:trPr>
          <w:trHeight w:val="567"/>
        </w:trPr>
        <w:tc>
          <w:tcPr>
            <w:tcW w:w="4383" w:type="dxa"/>
            <w:shd w:val="clear" w:color="auto" w:fill="DDD9C3" w:themeFill="background2" w:themeFillShade="E6"/>
            <w:vAlign w:val="center"/>
          </w:tcPr>
          <w:p w14:paraId="7BA2D3E4" w14:textId="77777777" w:rsidR="00F166F5" w:rsidRPr="00B714FF" w:rsidRDefault="00022476" w:rsidP="00FE4095">
            <w:pPr>
              <w:bidi/>
              <w:jc w:val="center"/>
            </w:pPr>
            <w:r w:rsidRPr="00B714FF">
              <w:rPr>
                <w:b/>
                <w:sz w:val="14"/>
                <w:rtl/>
              </w:rPr>
              <w:t>خلاصة التشخيص</w:t>
            </w:r>
          </w:p>
        </w:tc>
        <w:tc>
          <w:tcPr>
            <w:tcW w:w="6553" w:type="dxa"/>
            <w:gridSpan w:val="2"/>
            <w:shd w:val="clear" w:color="auto" w:fill="DDD9C3" w:themeFill="background2" w:themeFillShade="E6"/>
            <w:vAlign w:val="center"/>
          </w:tcPr>
          <w:p w14:paraId="30A7DB3F" w14:textId="2FEB54B2" w:rsidR="00F166F5" w:rsidRPr="00B714FF" w:rsidRDefault="00022476" w:rsidP="00B714FF">
            <w:pPr>
              <w:bidi/>
              <w:jc w:val="center"/>
            </w:pPr>
            <w:r w:rsidRPr="00B714FF">
              <w:rPr>
                <w:b/>
                <w:sz w:val="14"/>
                <w:rtl/>
              </w:rPr>
              <w:t>النتيجة</w:t>
            </w:r>
          </w:p>
        </w:tc>
      </w:tr>
      <w:tr w:rsidR="00F166F5" w:rsidRPr="00B714FF" w14:paraId="19B81A06" w14:textId="77777777" w:rsidTr="00C96EDE">
        <w:trPr>
          <w:trHeight w:val="567"/>
        </w:trPr>
        <w:tc>
          <w:tcPr>
            <w:tcW w:w="4383" w:type="dxa"/>
            <w:shd w:val="clear" w:color="auto" w:fill="DDD9C3" w:themeFill="background2" w:themeFillShade="E6"/>
            <w:vAlign w:val="center"/>
          </w:tcPr>
          <w:p w14:paraId="477AFD73" w14:textId="77777777" w:rsidR="00F166F5" w:rsidRPr="00B714FF" w:rsidRDefault="00022476" w:rsidP="00FE4095">
            <w:pPr>
              <w:bidi/>
              <w:jc w:val="center"/>
            </w:pPr>
            <w:r w:rsidRPr="00B714FF">
              <w:rPr>
                <w:sz w:val="14"/>
                <w:rtl/>
              </w:rPr>
              <w:t>أبرز جوانب القوة والمحافظة</w:t>
            </w:r>
          </w:p>
        </w:tc>
        <w:tc>
          <w:tcPr>
            <w:tcW w:w="6553" w:type="dxa"/>
            <w:gridSpan w:val="2"/>
            <w:vAlign w:val="center"/>
          </w:tcPr>
          <w:p w14:paraId="5459F27A" w14:textId="5D2C57FF" w:rsidR="00F166F5" w:rsidRPr="00B714FF" w:rsidRDefault="00F166F5" w:rsidP="00B714FF">
            <w:pPr>
              <w:bidi/>
              <w:jc w:val="center"/>
            </w:pPr>
          </w:p>
        </w:tc>
      </w:tr>
      <w:tr w:rsidR="00F166F5" w:rsidRPr="00B714FF" w14:paraId="743675E9" w14:textId="77777777" w:rsidTr="00C96EDE">
        <w:trPr>
          <w:trHeight w:val="567"/>
        </w:trPr>
        <w:tc>
          <w:tcPr>
            <w:tcW w:w="4383" w:type="dxa"/>
            <w:shd w:val="clear" w:color="auto" w:fill="DDD9C3" w:themeFill="background2" w:themeFillShade="E6"/>
            <w:vAlign w:val="center"/>
          </w:tcPr>
          <w:p w14:paraId="46CB1AA4" w14:textId="77777777" w:rsidR="00F166F5" w:rsidRPr="00B714FF" w:rsidRDefault="00022476" w:rsidP="00FE4095">
            <w:pPr>
              <w:bidi/>
              <w:jc w:val="center"/>
            </w:pPr>
            <w:r w:rsidRPr="00B714FF">
              <w:rPr>
                <w:sz w:val="14"/>
                <w:rtl/>
              </w:rPr>
              <w:t>أبرز جوانب التحسن</w:t>
            </w:r>
          </w:p>
        </w:tc>
        <w:tc>
          <w:tcPr>
            <w:tcW w:w="6553" w:type="dxa"/>
            <w:gridSpan w:val="2"/>
            <w:vAlign w:val="center"/>
          </w:tcPr>
          <w:p w14:paraId="78C9E3D6" w14:textId="56AD5933" w:rsidR="00F166F5" w:rsidRPr="00B714FF" w:rsidRDefault="00F166F5" w:rsidP="00B714FF">
            <w:pPr>
              <w:bidi/>
              <w:jc w:val="center"/>
            </w:pPr>
          </w:p>
        </w:tc>
      </w:tr>
      <w:tr w:rsidR="00F166F5" w:rsidRPr="00B714FF" w14:paraId="1642AE97" w14:textId="77777777" w:rsidTr="00C96EDE">
        <w:trPr>
          <w:trHeight w:val="567"/>
        </w:trPr>
        <w:tc>
          <w:tcPr>
            <w:tcW w:w="4383" w:type="dxa"/>
            <w:shd w:val="clear" w:color="auto" w:fill="DDD9C3" w:themeFill="background2" w:themeFillShade="E6"/>
            <w:vAlign w:val="center"/>
          </w:tcPr>
          <w:p w14:paraId="68565E82" w14:textId="77777777" w:rsidR="00F166F5" w:rsidRPr="00B714FF" w:rsidRDefault="00022476" w:rsidP="00FE4095">
            <w:pPr>
              <w:bidi/>
              <w:jc w:val="center"/>
              <w:rPr>
                <w:rtl/>
              </w:rPr>
            </w:pPr>
            <w:r w:rsidRPr="00B714FF">
              <w:rPr>
                <w:sz w:val="14"/>
                <w:rtl/>
              </w:rPr>
              <w:t>أبرز الفجوات والتدني</w:t>
            </w:r>
          </w:p>
        </w:tc>
        <w:tc>
          <w:tcPr>
            <w:tcW w:w="6553" w:type="dxa"/>
            <w:gridSpan w:val="2"/>
            <w:vAlign w:val="center"/>
          </w:tcPr>
          <w:p w14:paraId="54748C99" w14:textId="77777777" w:rsidR="00F166F5" w:rsidRPr="00B714FF" w:rsidRDefault="00F166F5" w:rsidP="00B714FF">
            <w:pPr>
              <w:bidi/>
              <w:jc w:val="center"/>
            </w:pPr>
          </w:p>
        </w:tc>
      </w:tr>
      <w:tr w:rsidR="00F166F5" w:rsidRPr="00B714FF" w14:paraId="02957AED" w14:textId="77777777" w:rsidTr="00C96EDE">
        <w:trPr>
          <w:trHeight w:val="567"/>
        </w:trPr>
        <w:tc>
          <w:tcPr>
            <w:tcW w:w="4383" w:type="dxa"/>
            <w:shd w:val="clear" w:color="auto" w:fill="DDD9C3" w:themeFill="background2" w:themeFillShade="E6"/>
            <w:vAlign w:val="center"/>
          </w:tcPr>
          <w:p w14:paraId="173084A4" w14:textId="77777777" w:rsidR="00F166F5" w:rsidRPr="00B714FF" w:rsidRDefault="00022476" w:rsidP="00FE4095">
            <w:pPr>
              <w:bidi/>
              <w:jc w:val="center"/>
            </w:pPr>
            <w:r w:rsidRPr="00B714FF">
              <w:rPr>
                <w:sz w:val="14"/>
                <w:rtl/>
              </w:rPr>
              <w:t>الأولوية التعليمية والتدريبية</w:t>
            </w:r>
          </w:p>
        </w:tc>
        <w:tc>
          <w:tcPr>
            <w:tcW w:w="6553" w:type="dxa"/>
            <w:gridSpan w:val="2"/>
            <w:vAlign w:val="center"/>
          </w:tcPr>
          <w:p w14:paraId="3B5D3A61" w14:textId="02D86F89" w:rsidR="00F166F5" w:rsidRPr="00B714FF" w:rsidRDefault="00F166F5" w:rsidP="00B714FF">
            <w:pPr>
              <w:bidi/>
              <w:jc w:val="center"/>
            </w:pPr>
          </w:p>
        </w:tc>
      </w:tr>
    </w:tbl>
    <w:p w14:paraId="0BFD810E" w14:textId="05DE9D56" w:rsidR="00F166F5" w:rsidRPr="009B7927" w:rsidRDefault="00022476" w:rsidP="009B7927">
      <w:pPr>
        <w:shd w:val="clear" w:color="auto" w:fill="008080"/>
        <w:jc w:val="right"/>
        <w:rPr>
          <w:rFonts w:cs="PT Bold Heading"/>
          <w:color w:val="FFFFFF" w:themeColor="background1"/>
          <w:sz w:val="20"/>
          <w:szCs w:val="24"/>
        </w:rPr>
      </w:pPr>
      <w:r w:rsidRPr="00244EA9">
        <w:rPr>
          <w:rFonts w:cs="PT Bold Heading"/>
          <w:color w:val="FFFFFF" w:themeColor="background1"/>
          <w:sz w:val="20"/>
          <w:szCs w:val="24"/>
          <w:rtl/>
        </w:rPr>
        <w:lastRenderedPageBreak/>
        <w:t>بطاقة الصف السادس الابتدائي</w:t>
      </w:r>
      <w:r w:rsidR="00B714FF" w:rsidRPr="00244EA9">
        <w:rPr>
          <w:rFonts w:cs="PT Bold Heading" w:hint="cs"/>
          <w:color w:val="FFFFFF" w:themeColor="background1"/>
          <w:sz w:val="20"/>
          <w:szCs w:val="24"/>
          <w:rtl/>
        </w:rPr>
        <w:t>:</w:t>
      </w:r>
    </w:p>
    <w:tbl>
      <w:tblPr>
        <w:tblStyle w:val="afa"/>
        <w:bidiVisual/>
        <w:tblW w:w="10905" w:type="dxa"/>
        <w:jc w:val="center"/>
        <w:tblLook w:val="04A0" w:firstRow="1" w:lastRow="0" w:firstColumn="1" w:lastColumn="0" w:noHBand="0" w:noVBand="1"/>
      </w:tblPr>
      <w:tblGrid>
        <w:gridCol w:w="4389"/>
        <w:gridCol w:w="2146"/>
        <w:gridCol w:w="855"/>
        <w:gridCol w:w="1340"/>
        <w:gridCol w:w="2175"/>
      </w:tblGrid>
      <w:tr w:rsidR="00F166F5" w:rsidRPr="00B714FF" w14:paraId="13C67193" w14:textId="77777777" w:rsidTr="006A7878">
        <w:trPr>
          <w:trHeight w:val="680"/>
          <w:jc w:val="center"/>
        </w:trPr>
        <w:tc>
          <w:tcPr>
            <w:tcW w:w="4389" w:type="dxa"/>
            <w:shd w:val="clear" w:color="auto" w:fill="DDD9C3" w:themeFill="background2" w:themeFillShade="E6"/>
            <w:vAlign w:val="center"/>
          </w:tcPr>
          <w:p w14:paraId="174CABD0" w14:textId="77777777" w:rsidR="00F166F5" w:rsidRPr="00B714FF" w:rsidRDefault="00022476" w:rsidP="00B714FF">
            <w:pPr>
              <w:jc w:val="center"/>
            </w:pPr>
            <w:r w:rsidRPr="00B714FF">
              <w:rPr>
                <w:rtl/>
              </w:rPr>
              <w:t>عدد الطلاب الإجمالي</w:t>
            </w:r>
          </w:p>
        </w:tc>
        <w:tc>
          <w:tcPr>
            <w:tcW w:w="3001" w:type="dxa"/>
            <w:gridSpan w:val="2"/>
            <w:shd w:val="clear" w:color="auto" w:fill="DDD9C3" w:themeFill="background2" w:themeFillShade="E6"/>
            <w:vAlign w:val="center"/>
          </w:tcPr>
          <w:p w14:paraId="7368071A" w14:textId="77777777" w:rsidR="00F166F5" w:rsidRPr="00B714FF" w:rsidRDefault="00022476" w:rsidP="00B714FF">
            <w:pPr>
              <w:jc w:val="center"/>
            </w:pPr>
            <w:r w:rsidRPr="00B714FF">
              <w:rPr>
                <w:rtl/>
              </w:rPr>
              <w:t>عدد الطلاب المختبرين</w:t>
            </w:r>
          </w:p>
        </w:tc>
        <w:tc>
          <w:tcPr>
            <w:tcW w:w="3515" w:type="dxa"/>
            <w:gridSpan w:val="2"/>
            <w:shd w:val="clear" w:color="auto" w:fill="DDD9C3" w:themeFill="background2" w:themeFillShade="E6"/>
            <w:vAlign w:val="center"/>
          </w:tcPr>
          <w:p w14:paraId="78E567A7" w14:textId="77777777" w:rsidR="00F166F5" w:rsidRPr="00B714FF" w:rsidRDefault="00022476" w:rsidP="00B714FF">
            <w:pPr>
              <w:jc w:val="center"/>
            </w:pPr>
            <w:r w:rsidRPr="00B714FF">
              <w:rPr>
                <w:rtl/>
              </w:rPr>
              <w:t>نسبة اجتياز الحد الأدنى للإتقان في المواد المستهدفة مجتمعة</w:t>
            </w:r>
          </w:p>
        </w:tc>
      </w:tr>
      <w:tr w:rsidR="00F166F5" w:rsidRPr="00B714FF" w14:paraId="1950F190" w14:textId="77777777" w:rsidTr="006A7878">
        <w:trPr>
          <w:trHeight w:val="680"/>
          <w:jc w:val="center"/>
        </w:trPr>
        <w:tc>
          <w:tcPr>
            <w:tcW w:w="4389" w:type="dxa"/>
            <w:vAlign w:val="center"/>
          </w:tcPr>
          <w:p w14:paraId="3EFFCA47" w14:textId="5850C901" w:rsidR="00F166F5" w:rsidRPr="00B714FF" w:rsidRDefault="00F166F5" w:rsidP="00B714FF">
            <w:pPr>
              <w:jc w:val="center"/>
            </w:pPr>
          </w:p>
        </w:tc>
        <w:tc>
          <w:tcPr>
            <w:tcW w:w="3001" w:type="dxa"/>
            <w:gridSpan w:val="2"/>
            <w:vAlign w:val="center"/>
          </w:tcPr>
          <w:p w14:paraId="75FFD045" w14:textId="4E5CC726" w:rsidR="00F166F5" w:rsidRPr="00B714FF" w:rsidRDefault="00F166F5" w:rsidP="00B714FF">
            <w:pPr>
              <w:jc w:val="center"/>
            </w:pPr>
          </w:p>
        </w:tc>
        <w:tc>
          <w:tcPr>
            <w:tcW w:w="3515" w:type="dxa"/>
            <w:gridSpan w:val="2"/>
            <w:vAlign w:val="center"/>
          </w:tcPr>
          <w:p w14:paraId="71E5D608" w14:textId="43D49B76" w:rsidR="00F166F5" w:rsidRPr="00B714FF" w:rsidRDefault="00F166F5" w:rsidP="00B714FF">
            <w:pPr>
              <w:jc w:val="center"/>
            </w:pPr>
          </w:p>
        </w:tc>
      </w:tr>
      <w:tr w:rsidR="00F166F5" w:rsidRPr="00B714FF" w14:paraId="746D049A" w14:textId="77777777" w:rsidTr="006A7878">
        <w:trPr>
          <w:trHeight w:val="680"/>
          <w:jc w:val="center"/>
        </w:trPr>
        <w:tc>
          <w:tcPr>
            <w:tcW w:w="4389" w:type="dxa"/>
            <w:shd w:val="clear" w:color="auto" w:fill="DDD9C3" w:themeFill="background2" w:themeFillShade="E6"/>
            <w:vAlign w:val="center"/>
          </w:tcPr>
          <w:p w14:paraId="514FD024" w14:textId="77777777" w:rsidR="00F166F5" w:rsidRPr="00B714FF" w:rsidRDefault="00022476" w:rsidP="00B714FF">
            <w:pPr>
              <w:jc w:val="center"/>
            </w:pPr>
            <w:r w:rsidRPr="00B714FF">
              <w:rPr>
                <w:rtl/>
              </w:rPr>
              <w:t>السؤال المباشر</w:t>
            </w:r>
          </w:p>
        </w:tc>
        <w:tc>
          <w:tcPr>
            <w:tcW w:w="2146" w:type="dxa"/>
            <w:shd w:val="clear" w:color="auto" w:fill="DDD9C3" w:themeFill="background2" w:themeFillShade="E6"/>
            <w:vAlign w:val="center"/>
          </w:tcPr>
          <w:p w14:paraId="7DF0E312" w14:textId="77777777" w:rsidR="00F166F5" w:rsidRPr="00B714FF" w:rsidRDefault="00022476" w:rsidP="00B714FF">
            <w:pPr>
              <w:jc w:val="center"/>
            </w:pPr>
            <w:r w:rsidRPr="00B714FF">
              <w:rPr>
                <w:rtl/>
              </w:rPr>
              <w:t>القراءة</w:t>
            </w:r>
          </w:p>
        </w:tc>
        <w:tc>
          <w:tcPr>
            <w:tcW w:w="2195" w:type="dxa"/>
            <w:gridSpan w:val="2"/>
            <w:shd w:val="clear" w:color="auto" w:fill="DDD9C3" w:themeFill="background2" w:themeFillShade="E6"/>
            <w:vAlign w:val="center"/>
          </w:tcPr>
          <w:p w14:paraId="1D441C42" w14:textId="77777777" w:rsidR="00F166F5" w:rsidRPr="00B714FF" w:rsidRDefault="00022476" w:rsidP="00B714FF">
            <w:pPr>
              <w:jc w:val="center"/>
            </w:pPr>
            <w:r w:rsidRPr="00B714FF">
              <w:rPr>
                <w:rtl/>
              </w:rPr>
              <w:t>الرياضيات</w:t>
            </w:r>
          </w:p>
        </w:tc>
        <w:tc>
          <w:tcPr>
            <w:tcW w:w="2175" w:type="dxa"/>
            <w:shd w:val="clear" w:color="auto" w:fill="DDD9C3" w:themeFill="background2" w:themeFillShade="E6"/>
            <w:vAlign w:val="center"/>
          </w:tcPr>
          <w:p w14:paraId="58FCC70C" w14:textId="77777777" w:rsidR="00F166F5" w:rsidRPr="00B714FF" w:rsidRDefault="00022476" w:rsidP="00B714FF">
            <w:pPr>
              <w:jc w:val="center"/>
            </w:pPr>
            <w:r w:rsidRPr="00B714FF">
              <w:rPr>
                <w:rtl/>
              </w:rPr>
              <w:t>العلوم</w:t>
            </w:r>
          </w:p>
        </w:tc>
      </w:tr>
      <w:tr w:rsidR="00F166F5" w:rsidRPr="00B714FF" w14:paraId="4DC4B631" w14:textId="77777777" w:rsidTr="006A7878">
        <w:trPr>
          <w:trHeight w:val="680"/>
          <w:jc w:val="center"/>
        </w:trPr>
        <w:tc>
          <w:tcPr>
            <w:tcW w:w="4389" w:type="dxa"/>
            <w:shd w:val="clear" w:color="auto" w:fill="DDD9C3" w:themeFill="background2" w:themeFillShade="E6"/>
            <w:vAlign w:val="center"/>
          </w:tcPr>
          <w:p w14:paraId="155681B5" w14:textId="77777777" w:rsidR="00F166F5" w:rsidRPr="00B714FF" w:rsidRDefault="00022476" w:rsidP="00B714FF">
            <w:pPr>
              <w:jc w:val="right"/>
            </w:pPr>
            <w:r w:rsidRPr="00B714FF">
              <w:rPr>
                <w:rtl/>
              </w:rPr>
              <w:t>ما متوسط درجات الطلاب؟</w:t>
            </w:r>
          </w:p>
        </w:tc>
        <w:tc>
          <w:tcPr>
            <w:tcW w:w="2146" w:type="dxa"/>
            <w:vAlign w:val="center"/>
          </w:tcPr>
          <w:p w14:paraId="32BAB6AD" w14:textId="77777777" w:rsidR="00F166F5" w:rsidRPr="00B714FF" w:rsidRDefault="00F166F5" w:rsidP="00B714FF">
            <w:pPr>
              <w:jc w:val="center"/>
            </w:pPr>
          </w:p>
        </w:tc>
        <w:tc>
          <w:tcPr>
            <w:tcW w:w="2195" w:type="dxa"/>
            <w:gridSpan w:val="2"/>
            <w:vAlign w:val="center"/>
          </w:tcPr>
          <w:p w14:paraId="3FFECDFC" w14:textId="77777777" w:rsidR="00F166F5" w:rsidRPr="00B714FF" w:rsidRDefault="00F166F5" w:rsidP="00B714FF">
            <w:pPr>
              <w:jc w:val="center"/>
            </w:pPr>
          </w:p>
        </w:tc>
        <w:tc>
          <w:tcPr>
            <w:tcW w:w="2175" w:type="dxa"/>
            <w:vAlign w:val="center"/>
          </w:tcPr>
          <w:p w14:paraId="2D310CCC" w14:textId="77777777" w:rsidR="00F166F5" w:rsidRPr="00B714FF" w:rsidRDefault="00F166F5" w:rsidP="00B714FF">
            <w:pPr>
              <w:jc w:val="center"/>
            </w:pPr>
          </w:p>
        </w:tc>
      </w:tr>
      <w:tr w:rsidR="00F166F5" w:rsidRPr="00B714FF" w14:paraId="72DDAB25" w14:textId="77777777" w:rsidTr="006A7878">
        <w:trPr>
          <w:trHeight w:val="680"/>
          <w:jc w:val="center"/>
        </w:trPr>
        <w:tc>
          <w:tcPr>
            <w:tcW w:w="4389" w:type="dxa"/>
            <w:shd w:val="clear" w:color="auto" w:fill="DDD9C3" w:themeFill="background2" w:themeFillShade="E6"/>
            <w:vAlign w:val="center"/>
          </w:tcPr>
          <w:p w14:paraId="0E8E459A" w14:textId="77777777" w:rsidR="00F166F5" w:rsidRPr="00B714FF" w:rsidRDefault="00022476" w:rsidP="00B714FF">
            <w:pPr>
              <w:jc w:val="right"/>
            </w:pPr>
            <w:r w:rsidRPr="00B714FF">
              <w:rPr>
                <w:rtl/>
              </w:rPr>
              <w:t>ما نسبة الطلاب الذين اجتازوا الحد الأدنى للإتقان؟</w:t>
            </w:r>
          </w:p>
        </w:tc>
        <w:tc>
          <w:tcPr>
            <w:tcW w:w="2146" w:type="dxa"/>
            <w:vAlign w:val="center"/>
          </w:tcPr>
          <w:p w14:paraId="0310E995" w14:textId="77777777" w:rsidR="00F166F5" w:rsidRPr="00B714FF" w:rsidRDefault="00F166F5" w:rsidP="00B714FF">
            <w:pPr>
              <w:jc w:val="center"/>
            </w:pPr>
          </w:p>
        </w:tc>
        <w:tc>
          <w:tcPr>
            <w:tcW w:w="2195" w:type="dxa"/>
            <w:gridSpan w:val="2"/>
            <w:vAlign w:val="center"/>
          </w:tcPr>
          <w:p w14:paraId="3ADDBB4B" w14:textId="77777777" w:rsidR="00F166F5" w:rsidRPr="00B714FF" w:rsidRDefault="00F166F5" w:rsidP="00B714FF">
            <w:pPr>
              <w:jc w:val="center"/>
            </w:pPr>
          </w:p>
        </w:tc>
        <w:tc>
          <w:tcPr>
            <w:tcW w:w="2175" w:type="dxa"/>
            <w:vAlign w:val="center"/>
          </w:tcPr>
          <w:p w14:paraId="6766EEA2" w14:textId="77777777" w:rsidR="00F166F5" w:rsidRPr="00B714FF" w:rsidRDefault="00F166F5" w:rsidP="00B714FF">
            <w:pPr>
              <w:jc w:val="center"/>
            </w:pPr>
          </w:p>
        </w:tc>
      </w:tr>
      <w:tr w:rsidR="00F166F5" w:rsidRPr="00B714FF" w14:paraId="04D21C88" w14:textId="77777777" w:rsidTr="006A7878">
        <w:trPr>
          <w:trHeight w:val="680"/>
          <w:jc w:val="center"/>
        </w:trPr>
        <w:tc>
          <w:tcPr>
            <w:tcW w:w="4389" w:type="dxa"/>
            <w:shd w:val="clear" w:color="auto" w:fill="DDD9C3" w:themeFill="background2" w:themeFillShade="E6"/>
            <w:vAlign w:val="center"/>
          </w:tcPr>
          <w:p w14:paraId="3CFB92AB" w14:textId="77777777" w:rsidR="00F166F5" w:rsidRPr="00B714FF" w:rsidRDefault="00022476" w:rsidP="00B714FF">
            <w:pPr>
              <w:jc w:val="right"/>
            </w:pPr>
            <w:r w:rsidRPr="00B714FF">
              <w:rPr>
                <w:rtl/>
              </w:rPr>
              <w:t>ما مقدار التغير مقارنة بالعام السابق؟</w:t>
            </w:r>
          </w:p>
        </w:tc>
        <w:tc>
          <w:tcPr>
            <w:tcW w:w="2146" w:type="dxa"/>
            <w:vAlign w:val="center"/>
          </w:tcPr>
          <w:p w14:paraId="1A367713" w14:textId="77777777" w:rsidR="00F166F5" w:rsidRPr="00B714FF" w:rsidRDefault="00F166F5" w:rsidP="00B714FF">
            <w:pPr>
              <w:jc w:val="center"/>
            </w:pPr>
          </w:p>
        </w:tc>
        <w:tc>
          <w:tcPr>
            <w:tcW w:w="2195" w:type="dxa"/>
            <w:gridSpan w:val="2"/>
            <w:vAlign w:val="center"/>
          </w:tcPr>
          <w:p w14:paraId="3682DC49" w14:textId="77777777" w:rsidR="00F166F5" w:rsidRPr="00B714FF" w:rsidRDefault="00F166F5" w:rsidP="00B714FF">
            <w:pPr>
              <w:jc w:val="center"/>
            </w:pPr>
          </w:p>
        </w:tc>
        <w:tc>
          <w:tcPr>
            <w:tcW w:w="2175" w:type="dxa"/>
            <w:vAlign w:val="center"/>
          </w:tcPr>
          <w:p w14:paraId="5549A1D4" w14:textId="77777777" w:rsidR="00F166F5" w:rsidRPr="00B714FF" w:rsidRDefault="00F166F5" w:rsidP="00B714FF">
            <w:pPr>
              <w:jc w:val="center"/>
            </w:pPr>
          </w:p>
        </w:tc>
      </w:tr>
      <w:tr w:rsidR="00F166F5" w:rsidRPr="00B714FF" w14:paraId="35C6ECE9" w14:textId="77777777" w:rsidTr="006A7878">
        <w:trPr>
          <w:trHeight w:val="680"/>
          <w:jc w:val="center"/>
        </w:trPr>
        <w:tc>
          <w:tcPr>
            <w:tcW w:w="4389" w:type="dxa"/>
            <w:shd w:val="clear" w:color="auto" w:fill="DDD9C3" w:themeFill="background2" w:themeFillShade="E6"/>
            <w:vAlign w:val="center"/>
          </w:tcPr>
          <w:p w14:paraId="0B9D5112" w14:textId="77777777" w:rsidR="00F166F5" w:rsidRPr="00B714FF" w:rsidRDefault="00022476" w:rsidP="00B714FF">
            <w:pPr>
              <w:jc w:val="right"/>
            </w:pPr>
            <w:r w:rsidRPr="00B714FF">
              <w:rPr>
                <w:rtl/>
              </w:rPr>
              <w:t>ما المجال الفرعي الأقل إتقانًا؟</w:t>
            </w:r>
          </w:p>
        </w:tc>
        <w:tc>
          <w:tcPr>
            <w:tcW w:w="2146" w:type="dxa"/>
            <w:vAlign w:val="center"/>
          </w:tcPr>
          <w:p w14:paraId="2D3BD3D7" w14:textId="77777777" w:rsidR="00F166F5" w:rsidRPr="00B714FF" w:rsidRDefault="00F166F5" w:rsidP="00B714FF">
            <w:pPr>
              <w:jc w:val="center"/>
            </w:pPr>
          </w:p>
        </w:tc>
        <w:tc>
          <w:tcPr>
            <w:tcW w:w="2195" w:type="dxa"/>
            <w:gridSpan w:val="2"/>
            <w:vAlign w:val="center"/>
          </w:tcPr>
          <w:p w14:paraId="6B3AB0B3" w14:textId="77777777" w:rsidR="00F166F5" w:rsidRPr="00B714FF" w:rsidRDefault="00F166F5" w:rsidP="00B714FF">
            <w:pPr>
              <w:jc w:val="center"/>
            </w:pPr>
          </w:p>
        </w:tc>
        <w:tc>
          <w:tcPr>
            <w:tcW w:w="2175" w:type="dxa"/>
            <w:vAlign w:val="center"/>
          </w:tcPr>
          <w:p w14:paraId="4599BBD0" w14:textId="77777777" w:rsidR="00F166F5" w:rsidRPr="00B714FF" w:rsidRDefault="00F166F5" w:rsidP="00B714FF">
            <w:pPr>
              <w:jc w:val="center"/>
            </w:pPr>
          </w:p>
        </w:tc>
      </w:tr>
      <w:tr w:rsidR="00F166F5" w:rsidRPr="00B714FF" w14:paraId="3F17B9B7" w14:textId="77777777" w:rsidTr="006A7878">
        <w:trPr>
          <w:trHeight w:val="680"/>
          <w:jc w:val="center"/>
        </w:trPr>
        <w:tc>
          <w:tcPr>
            <w:tcW w:w="4389" w:type="dxa"/>
            <w:shd w:val="clear" w:color="auto" w:fill="DDD9C3" w:themeFill="background2" w:themeFillShade="E6"/>
            <w:vAlign w:val="center"/>
          </w:tcPr>
          <w:p w14:paraId="2B7B7206" w14:textId="77777777" w:rsidR="00F166F5" w:rsidRPr="00B714FF" w:rsidRDefault="00022476" w:rsidP="00B714FF">
            <w:pPr>
              <w:jc w:val="right"/>
            </w:pPr>
            <w:r w:rsidRPr="00B714FF">
              <w:rPr>
                <w:rtl/>
              </w:rPr>
              <w:t>ما نسبة الإتقان في المجال الفرعي الأقل؟</w:t>
            </w:r>
          </w:p>
        </w:tc>
        <w:tc>
          <w:tcPr>
            <w:tcW w:w="2146" w:type="dxa"/>
            <w:vAlign w:val="center"/>
          </w:tcPr>
          <w:p w14:paraId="39D21FAE" w14:textId="77777777" w:rsidR="00F166F5" w:rsidRPr="00B714FF" w:rsidRDefault="00F166F5" w:rsidP="00B714FF">
            <w:pPr>
              <w:jc w:val="center"/>
            </w:pPr>
          </w:p>
        </w:tc>
        <w:tc>
          <w:tcPr>
            <w:tcW w:w="2195" w:type="dxa"/>
            <w:gridSpan w:val="2"/>
            <w:vAlign w:val="center"/>
          </w:tcPr>
          <w:p w14:paraId="4D162556" w14:textId="77777777" w:rsidR="00F166F5" w:rsidRPr="00B714FF" w:rsidRDefault="00F166F5" w:rsidP="00B714FF">
            <w:pPr>
              <w:jc w:val="center"/>
            </w:pPr>
          </w:p>
        </w:tc>
        <w:tc>
          <w:tcPr>
            <w:tcW w:w="2175" w:type="dxa"/>
            <w:vAlign w:val="center"/>
          </w:tcPr>
          <w:p w14:paraId="65A326E3" w14:textId="77777777" w:rsidR="00F166F5" w:rsidRPr="00B714FF" w:rsidRDefault="00F166F5" w:rsidP="00B714FF">
            <w:pPr>
              <w:jc w:val="center"/>
            </w:pPr>
          </w:p>
        </w:tc>
      </w:tr>
      <w:tr w:rsidR="00F166F5" w:rsidRPr="00B714FF" w14:paraId="33548978" w14:textId="77777777" w:rsidTr="006A7878">
        <w:trPr>
          <w:trHeight w:val="680"/>
          <w:jc w:val="center"/>
        </w:trPr>
        <w:tc>
          <w:tcPr>
            <w:tcW w:w="4389" w:type="dxa"/>
            <w:shd w:val="clear" w:color="auto" w:fill="DDD9C3" w:themeFill="background2" w:themeFillShade="E6"/>
            <w:vAlign w:val="center"/>
          </w:tcPr>
          <w:p w14:paraId="0C3C86DD" w14:textId="77777777" w:rsidR="00F166F5" w:rsidRPr="00B714FF" w:rsidRDefault="00022476" w:rsidP="00B714FF">
            <w:pPr>
              <w:jc w:val="right"/>
            </w:pPr>
            <w:r w:rsidRPr="00B714FF">
              <w:rPr>
                <w:rtl/>
              </w:rPr>
              <w:t>ما اتجاه الأداء؟ (تحسن / تراجع / استقرار)</w:t>
            </w:r>
          </w:p>
        </w:tc>
        <w:tc>
          <w:tcPr>
            <w:tcW w:w="2146" w:type="dxa"/>
            <w:vAlign w:val="center"/>
          </w:tcPr>
          <w:p w14:paraId="090E768C" w14:textId="77777777" w:rsidR="00F166F5" w:rsidRPr="00B714FF" w:rsidRDefault="00F166F5" w:rsidP="00B714FF">
            <w:pPr>
              <w:jc w:val="center"/>
            </w:pPr>
          </w:p>
        </w:tc>
        <w:tc>
          <w:tcPr>
            <w:tcW w:w="2195" w:type="dxa"/>
            <w:gridSpan w:val="2"/>
            <w:vAlign w:val="center"/>
          </w:tcPr>
          <w:p w14:paraId="0AE69D6C" w14:textId="77777777" w:rsidR="00F166F5" w:rsidRPr="00B714FF" w:rsidRDefault="00F166F5" w:rsidP="00B714FF">
            <w:pPr>
              <w:jc w:val="center"/>
            </w:pPr>
          </w:p>
        </w:tc>
        <w:tc>
          <w:tcPr>
            <w:tcW w:w="2175" w:type="dxa"/>
            <w:vAlign w:val="center"/>
          </w:tcPr>
          <w:p w14:paraId="4C31F36D" w14:textId="77777777" w:rsidR="00F166F5" w:rsidRPr="00B714FF" w:rsidRDefault="00F166F5" w:rsidP="00B714FF">
            <w:pPr>
              <w:jc w:val="center"/>
              <w:rPr>
                <w:rtl/>
              </w:rPr>
            </w:pPr>
          </w:p>
        </w:tc>
      </w:tr>
      <w:tr w:rsidR="00F166F5" w:rsidRPr="00B714FF" w14:paraId="2F23FCBF" w14:textId="77777777" w:rsidTr="006A7878">
        <w:trPr>
          <w:trHeight w:val="680"/>
          <w:jc w:val="center"/>
        </w:trPr>
        <w:tc>
          <w:tcPr>
            <w:tcW w:w="4389" w:type="dxa"/>
            <w:shd w:val="clear" w:color="auto" w:fill="DDD9C3" w:themeFill="background2" w:themeFillShade="E6"/>
            <w:vAlign w:val="center"/>
          </w:tcPr>
          <w:p w14:paraId="4D2A9783" w14:textId="77777777" w:rsidR="00F166F5" w:rsidRPr="00B714FF" w:rsidRDefault="00022476" w:rsidP="00B714FF">
            <w:pPr>
              <w:jc w:val="right"/>
            </w:pPr>
            <w:r w:rsidRPr="00B714FF">
              <w:rPr>
                <w:rtl/>
              </w:rPr>
              <w:t>ما الإجراء المطلوب؟ (معالجة / تحسين / تعزيز ومحافظة)</w:t>
            </w:r>
          </w:p>
        </w:tc>
        <w:tc>
          <w:tcPr>
            <w:tcW w:w="2146" w:type="dxa"/>
            <w:vAlign w:val="center"/>
          </w:tcPr>
          <w:p w14:paraId="76034B09" w14:textId="77777777" w:rsidR="00F166F5" w:rsidRPr="00B714FF" w:rsidRDefault="00F166F5" w:rsidP="00B714FF">
            <w:pPr>
              <w:jc w:val="center"/>
            </w:pPr>
          </w:p>
        </w:tc>
        <w:tc>
          <w:tcPr>
            <w:tcW w:w="2195" w:type="dxa"/>
            <w:gridSpan w:val="2"/>
            <w:vAlign w:val="center"/>
          </w:tcPr>
          <w:p w14:paraId="77629F4A" w14:textId="77777777" w:rsidR="00F166F5" w:rsidRPr="00B714FF" w:rsidRDefault="00F166F5" w:rsidP="00B714FF">
            <w:pPr>
              <w:jc w:val="center"/>
            </w:pPr>
          </w:p>
        </w:tc>
        <w:tc>
          <w:tcPr>
            <w:tcW w:w="2175" w:type="dxa"/>
            <w:vAlign w:val="center"/>
          </w:tcPr>
          <w:p w14:paraId="1D85C003" w14:textId="77777777" w:rsidR="00F166F5" w:rsidRPr="00B714FF" w:rsidRDefault="00F166F5" w:rsidP="00B714FF">
            <w:pPr>
              <w:jc w:val="center"/>
            </w:pPr>
          </w:p>
        </w:tc>
      </w:tr>
      <w:tr w:rsidR="00F166F5" w:rsidRPr="00B714FF" w14:paraId="73C1C073" w14:textId="77777777" w:rsidTr="006A7878">
        <w:trPr>
          <w:trHeight w:val="680"/>
          <w:jc w:val="center"/>
        </w:trPr>
        <w:tc>
          <w:tcPr>
            <w:tcW w:w="4389" w:type="dxa"/>
            <w:shd w:val="clear" w:color="auto" w:fill="DDD9C3" w:themeFill="background2" w:themeFillShade="E6"/>
            <w:vAlign w:val="center"/>
          </w:tcPr>
          <w:p w14:paraId="12A3F412" w14:textId="77777777" w:rsidR="00F166F5" w:rsidRPr="00B714FF" w:rsidRDefault="00022476" w:rsidP="00B714FF">
            <w:pPr>
              <w:jc w:val="center"/>
            </w:pPr>
            <w:r w:rsidRPr="00B714FF">
              <w:rPr>
                <w:rtl/>
              </w:rPr>
              <w:t>خلاصة التشخيص</w:t>
            </w:r>
          </w:p>
        </w:tc>
        <w:tc>
          <w:tcPr>
            <w:tcW w:w="6516" w:type="dxa"/>
            <w:gridSpan w:val="4"/>
            <w:shd w:val="clear" w:color="auto" w:fill="DDD9C3" w:themeFill="background2" w:themeFillShade="E6"/>
            <w:vAlign w:val="center"/>
          </w:tcPr>
          <w:p w14:paraId="36D7115C" w14:textId="77777777" w:rsidR="00F166F5" w:rsidRPr="00B714FF" w:rsidRDefault="00022476" w:rsidP="00B714FF">
            <w:pPr>
              <w:jc w:val="center"/>
            </w:pPr>
            <w:r w:rsidRPr="00B714FF">
              <w:rPr>
                <w:rtl/>
              </w:rPr>
              <w:t>النتيجة</w:t>
            </w:r>
          </w:p>
        </w:tc>
      </w:tr>
      <w:tr w:rsidR="00F166F5" w:rsidRPr="00B714FF" w14:paraId="17006A13" w14:textId="77777777" w:rsidTr="006A7878">
        <w:trPr>
          <w:trHeight w:val="680"/>
          <w:jc w:val="center"/>
        </w:trPr>
        <w:tc>
          <w:tcPr>
            <w:tcW w:w="4389" w:type="dxa"/>
            <w:shd w:val="clear" w:color="auto" w:fill="DDD9C3" w:themeFill="background2" w:themeFillShade="E6"/>
            <w:vAlign w:val="center"/>
          </w:tcPr>
          <w:p w14:paraId="6B00E74C" w14:textId="77777777" w:rsidR="00F166F5" w:rsidRPr="00B714FF" w:rsidRDefault="00022476" w:rsidP="00FE4095">
            <w:pPr>
              <w:jc w:val="center"/>
            </w:pPr>
            <w:r w:rsidRPr="00B714FF">
              <w:rPr>
                <w:rtl/>
              </w:rPr>
              <w:t>أبرز جوانب القوة والمحافظة</w:t>
            </w:r>
          </w:p>
        </w:tc>
        <w:tc>
          <w:tcPr>
            <w:tcW w:w="6516" w:type="dxa"/>
            <w:gridSpan w:val="4"/>
            <w:vAlign w:val="center"/>
          </w:tcPr>
          <w:p w14:paraId="1CB641A0" w14:textId="77777777" w:rsidR="00F166F5" w:rsidRPr="00B714FF" w:rsidRDefault="00F166F5" w:rsidP="00B714FF">
            <w:pPr>
              <w:jc w:val="center"/>
            </w:pPr>
          </w:p>
        </w:tc>
      </w:tr>
      <w:tr w:rsidR="00F166F5" w:rsidRPr="00B714FF" w14:paraId="219895C6" w14:textId="77777777" w:rsidTr="006A7878">
        <w:trPr>
          <w:trHeight w:val="680"/>
          <w:jc w:val="center"/>
        </w:trPr>
        <w:tc>
          <w:tcPr>
            <w:tcW w:w="4389" w:type="dxa"/>
            <w:shd w:val="clear" w:color="auto" w:fill="DDD9C3" w:themeFill="background2" w:themeFillShade="E6"/>
            <w:vAlign w:val="center"/>
          </w:tcPr>
          <w:p w14:paraId="05F2114E" w14:textId="77777777" w:rsidR="00F166F5" w:rsidRPr="00B714FF" w:rsidRDefault="00022476" w:rsidP="00FE4095">
            <w:pPr>
              <w:jc w:val="center"/>
            </w:pPr>
            <w:r w:rsidRPr="00B714FF">
              <w:rPr>
                <w:rtl/>
              </w:rPr>
              <w:t>أبرز جوانب التحسن</w:t>
            </w:r>
          </w:p>
        </w:tc>
        <w:tc>
          <w:tcPr>
            <w:tcW w:w="6516" w:type="dxa"/>
            <w:gridSpan w:val="4"/>
            <w:vAlign w:val="center"/>
          </w:tcPr>
          <w:p w14:paraId="328E8BDE" w14:textId="77777777" w:rsidR="00F166F5" w:rsidRPr="00B714FF" w:rsidRDefault="00F166F5" w:rsidP="00B714FF">
            <w:pPr>
              <w:jc w:val="center"/>
            </w:pPr>
          </w:p>
        </w:tc>
      </w:tr>
      <w:tr w:rsidR="00F166F5" w:rsidRPr="00B714FF" w14:paraId="0F84B24F" w14:textId="77777777" w:rsidTr="006A7878">
        <w:trPr>
          <w:trHeight w:val="680"/>
          <w:jc w:val="center"/>
        </w:trPr>
        <w:tc>
          <w:tcPr>
            <w:tcW w:w="4389" w:type="dxa"/>
            <w:shd w:val="clear" w:color="auto" w:fill="DDD9C3" w:themeFill="background2" w:themeFillShade="E6"/>
            <w:vAlign w:val="center"/>
          </w:tcPr>
          <w:p w14:paraId="75B68366" w14:textId="77777777" w:rsidR="00F166F5" w:rsidRPr="00B714FF" w:rsidRDefault="00022476" w:rsidP="00FE4095">
            <w:pPr>
              <w:jc w:val="center"/>
            </w:pPr>
            <w:r w:rsidRPr="00B714FF">
              <w:rPr>
                <w:rtl/>
              </w:rPr>
              <w:t>أبرز الفجوات والتدني</w:t>
            </w:r>
          </w:p>
        </w:tc>
        <w:tc>
          <w:tcPr>
            <w:tcW w:w="6516" w:type="dxa"/>
            <w:gridSpan w:val="4"/>
            <w:vAlign w:val="center"/>
          </w:tcPr>
          <w:p w14:paraId="75DBE247" w14:textId="77777777" w:rsidR="00F166F5" w:rsidRPr="00B714FF" w:rsidRDefault="00F166F5" w:rsidP="00B714FF">
            <w:pPr>
              <w:jc w:val="center"/>
            </w:pPr>
          </w:p>
        </w:tc>
      </w:tr>
      <w:tr w:rsidR="00F166F5" w:rsidRPr="00B714FF" w14:paraId="5126B3FD" w14:textId="77777777" w:rsidTr="006A7878">
        <w:trPr>
          <w:trHeight w:val="680"/>
          <w:jc w:val="center"/>
        </w:trPr>
        <w:tc>
          <w:tcPr>
            <w:tcW w:w="4389" w:type="dxa"/>
            <w:shd w:val="clear" w:color="auto" w:fill="DDD9C3" w:themeFill="background2" w:themeFillShade="E6"/>
            <w:vAlign w:val="center"/>
          </w:tcPr>
          <w:p w14:paraId="70B9458E" w14:textId="77777777" w:rsidR="00F166F5" w:rsidRPr="00B714FF" w:rsidRDefault="00022476" w:rsidP="00FE4095">
            <w:pPr>
              <w:jc w:val="center"/>
            </w:pPr>
            <w:r w:rsidRPr="00B714FF">
              <w:rPr>
                <w:rtl/>
              </w:rPr>
              <w:t>الأولوية التعليمية والتدريبية</w:t>
            </w:r>
          </w:p>
        </w:tc>
        <w:tc>
          <w:tcPr>
            <w:tcW w:w="6516" w:type="dxa"/>
            <w:gridSpan w:val="4"/>
            <w:vAlign w:val="center"/>
          </w:tcPr>
          <w:p w14:paraId="0EAE5605" w14:textId="77777777" w:rsidR="00F166F5" w:rsidRPr="00B714FF" w:rsidRDefault="00F166F5" w:rsidP="00B714FF">
            <w:pPr>
              <w:jc w:val="center"/>
            </w:pPr>
          </w:p>
        </w:tc>
      </w:tr>
    </w:tbl>
    <w:p w14:paraId="54D3D743" w14:textId="50F67459" w:rsidR="00F166F5" w:rsidRDefault="00F21F11">
      <w:r>
        <w:rPr>
          <w:rFonts w:cs="Khalid Art bold" w:hint="cs"/>
          <w:noProof/>
          <w:color w:val="008080"/>
          <w:sz w:val="20"/>
          <w:szCs w:val="24"/>
          <w:rtl/>
          <w:lang w:val="ar-SA"/>
        </w:rPr>
        <mc:AlternateContent>
          <mc:Choice Requires="wps">
            <w:drawing>
              <wp:anchor distT="0" distB="0" distL="114300" distR="114300" simplePos="0" relativeHeight="251661312" behindDoc="0" locked="0" layoutInCell="1" allowOverlap="1" wp14:anchorId="19DA4E2E" wp14:editId="21C59EFD">
                <wp:simplePos x="0" y="0"/>
                <wp:positionH relativeFrom="column">
                  <wp:posOffset>464820</wp:posOffset>
                </wp:positionH>
                <wp:positionV relativeFrom="paragraph">
                  <wp:posOffset>1897380</wp:posOffset>
                </wp:positionV>
                <wp:extent cx="1272540" cy="327660"/>
                <wp:effectExtent l="0" t="0" r="0" b="0"/>
                <wp:wrapNone/>
                <wp:docPr id="459280254" name="مربع نص 1"/>
                <wp:cNvGraphicFramePr/>
                <a:graphic xmlns:a="http://schemas.openxmlformats.org/drawingml/2006/main">
                  <a:graphicData uri="http://schemas.microsoft.com/office/word/2010/wordprocessingShape">
                    <wps:wsp>
                      <wps:cNvSpPr txBox="1"/>
                      <wps:spPr>
                        <a:xfrm>
                          <a:off x="0" y="0"/>
                          <a:ext cx="1272540" cy="327660"/>
                        </a:xfrm>
                        <a:prstGeom prst="rect">
                          <a:avLst/>
                        </a:prstGeom>
                        <a:noFill/>
                        <a:ln w="6350">
                          <a:noFill/>
                        </a:ln>
                      </wps:spPr>
                      <wps:txbx>
                        <w:txbxContent>
                          <w:p w14:paraId="2ADE65D5" w14:textId="77777777" w:rsidR="00F21F11" w:rsidRDefault="00F21F11" w:rsidP="00F21F11">
                            <w:pPr>
                              <w:rPr>
                                <w:rtl/>
                              </w:rPr>
                            </w:pPr>
                            <w:r>
                              <w:rPr>
                                <w:rFonts w:hint="cs"/>
                                <w:rtl/>
                              </w:rPr>
                              <w:t>إعداد: أ. أحمد بن عبدالله</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DA4E2E" id="_x0000_s1027" type="#_x0000_t202" style="position:absolute;margin-left:36.6pt;margin-top:149.4pt;width:100.2pt;height:2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" filled="f" stroked="f" strokeweight=".5pt">
                <v:textbox>
                  <w:txbxContent>
                    <w:p w14:paraId="2ADE65D5" w14:textId="77777777" w:rsidR="00F21F11" w:rsidRDefault="00F21F11" w:rsidP="00F21F11">
                      <w:pPr>
                        <w:rPr>
                          <w:rtl/>
                        </w:rPr>
                      </w:pPr>
                      <w:r>
                        <w:rPr>
                          <w:rFonts w:hint="cs"/>
                          <w:rtl/>
                        </w:rPr>
                        <w:t>إعداد: أ. أحمد بن عبدالله</w:t>
                      </w:r>
                    </w:p>
                  </w:txbxContent>
                </v:textbox>
              </v:shape>
            </w:pict>
          </mc:Fallback>
        </mc:AlternateContent>
      </w:r>
      <w:r w:rsidR="00022476">
        <w:br w:type="page"/>
      </w:r>
    </w:p>
    <w:p w14:paraId="5DF603D3" w14:textId="77777777" w:rsidR="00F166F5" w:rsidRPr="006A2C42" w:rsidRDefault="00022476" w:rsidP="006A2C42">
      <w:pPr>
        <w:shd w:val="clear" w:color="auto" w:fill="008080"/>
        <w:bidi/>
        <w:rPr>
          <w:rFonts w:cs="PT Bold Heading"/>
          <w:color w:val="FFFFFF" w:themeColor="background1"/>
          <w:sz w:val="20"/>
          <w:szCs w:val="24"/>
        </w:rPr>
      </w:pPr>
      <w:r w:rsidRPr="006A2C42">
        <w:rPr>
          <w:rFonts w:cs="PT Bold Heading"/>
          <w:color w:val="FFFFFF" w:themeColor="background1"/>
          <w:sz w:val="20"/>
          <w:szCs w:val="24"/>
          <w:rtl/>
        </w:rPr>
        <w:lastRenderedPageBreak/>
        <w:t>بطاقة الصف الثالث المتوسط</w:t>
      </w:r>
    </w:p>
    <w:tbl>
      <w:tblPr>
        <w:tblStyle w:val="afa"/>
        <w:bidiVisual/>
        <w:tblW w:w="0" w:type="auto"/>
        <w:tblLook w:val="04A0" w:firstRow="1" w:lastRow="0" w:firstColumn="1" w:lastColumn="0" w:noHBand="0" w:noVBand="1"/>
      </w:tblPr>
      <w:tblGrid>
        <w:gridCol w:w="4377"/>
        <w:gridCol w:w="2281"/>
        <w:gridCol w:w="692"/>
        <w:gridCol w:w="1442"/>
        <w:gridCol w:w="2134"/>
      </w:tblGrid>
      <w:tr w:rsidR="00F166F5" w:rsidRPr="006A2C42" w14:paraId="37894E22" w14:textId="77777777" w:rsidTr="00F21F11">
        <w:trPr>
          <w:trHeight w:val="680"/>
        </w:trPr>
        <w:tc>
          <w:tcPr>
            <w:tcW w:w="4377" w:type="dxa"/>
            <w:shd w:val="clear" w:color="auto" w:fill="DDD9C3" w:themeFill="background2" w:themeFillShade="E6"/>
            <w:vAlign w:val="center"/>
          </w:tcPr>
          <w:p w14:paraId="41FD915D" w14:textId="77777777" w:rsidR="00F166F5" w:rsidRPr="006A2C42" w:rsidRDefault="00022476" w:rsidP="006A2C42">
            <w:pPr>
              <w:jc w:val="center"/>
            </w:pPr>
            <w:r w:rsidRPr="006A2C42">
              <w:rPr>
                <w:rtl/>
              </w:rPr>
              <w:t>عدد الطلاب الإجمالي</w:t>
            </w:r>
          </w:p>
        </w:tc>
        <w:tc>
          <w:tcPr>
            <w:tcW w:w="2973" w:type="dxa"/>
            <w:gridSpan w:val="2"/>
            <w:shd w:val="clear" w:color="auto" w:fill="DDD9C3" w:themeFill="background2" w:themeFillShade="E6"/>
            <w:vAlign w:val="center"/>
          </w:tcPr>
          <w:p w14:paraId="37BE8337" w14:textId="77777777" w:rsidR="00F166F5" w:rsidRPr="006A2C42" w:rsidRDefault="00022476" w:rsidP="006A2C42">
            <w:pPr>
              <w:jc w:val="center"/>
            </w:pPr>
            <w:r w:rsidRPr="006A2C42">
              <w:rPr>
                <w:rtl/>
              </w:rPr>
              <w:t>عدد الطلاب المختبرين</w:t>
            </w:r>
          </w:p>
        </w:tc>
        <w:tc>
          <w:tcPr>
            <w:tcW w:w="3576" w:type="dxa"/>
            <w:gridSpan w:val="2"/>
            <w:shd w:val="clear" w:color="auto" w:fill="DDD9C3" w:themeFill="background2" w:themeFillShade="E6"/>
            <w:vAlign w:val="center"/>
          </w:tcPr>
          <w:p w14:paraId="22BC9412" w14:textId="77777777" w:rsidR="00F166F5" w:rsidRPr="006A2C42" w:rsidRDefault="00022476" w:rsidP="006A2C42">
            <w:pPr>
              <w:jc w:val="center"/>
            </w:pPr>
            <w:r w:rsidRPr="006A2C42">
              <w:rPr>
                <w:rtl/>
              </w:rPr>
              <w:t>نسبة اجتياز الحد الأدنى للإتقان في المواد المستهدفة مجتمعة</w:t>
            </w:r>
          </w:p>
        </w:tc>
      </w:tr>
      <w:tr w:rsidR="00F166F5" w:rsidRPr="006A2C42" w14:paraId="448CB7D2" w14:textId="77777777" w:rsidTr="00F21F11">
        <w:trPr>
          <w:trHeight w:val="680"/>
        </w:trPr>
        <w:tc>
          <w:tcPr>
            <w:tcW w:w="4377" w:type="dxa"/>
            <w:vAlign w:val="center"/>
          </w:tcPr>
          <w:p w14:paraId="29872ECB" w14:textId="7B617652" w:rsidR="00F166F5" w:rsidRPr="006A2C42" w:rsidRDefault="00F166F5" w:rsidP="006A2C42">
            <w:pPr>
              <w:jc w:val="center"/>
            </w:pPr>
          </w:p>
        </w:tc>
        <w:tc>
          <w:tcPr>
            <w:tcW w:w="2973" w:type="dxa"/>
            <w:gridSpan w:val="2"/>
            <w:vAlign w:val="center"/>
          </w:tcPr>
          <w:p w14:paraId="421ADD50" w14:textId="77C92A1C" w:rsidR="00F166F5" w:rsidRPr="006A2C42" w:rsidRDefault="00F166F5" w:rsidP="006A2C42">
            <w:pPr>
              <w:jc w:val="center"/>
            </w:pPr>
          </w:p>
        </w:tc>
        <w:tc>
          <w:tcPr>
            <w:tcW w:w="3576" w:type="dxa"/>
            <w:gridSpan w:val="2"/>
            <w:vAlign w:val="center"/>
          </w:tcPr>
          <w:p w14:paraId="1BA92F6A" w14:textId="78FF5E14" w:rsidR="00F166F5" w:rsidRPr="006A2C42" w:rsidRDefault="00F166F5" w:rsidP="006A2C42">
            <w:pPr>
              <w:jc w:val="center"/>
            </w:pPr>
          </w:p>
        </w:tc>
      </w:tr>
      <w:tr w:rsidR="00F166F5" w:rsidRPr="006A2C42" w14:paraId="760D35C6" w14:textId="77777777" w:rsidTr="00F21F11">
        <w:trPr>
          <w:trHeight w:val="680"/>
        </w:trPr>
        <w:tc>
          <w:tcPr>
            <w:tcW w:w="4377" w:type="dxa"/>
            <w:shd w:val="clear" w:color="auto" w:fill="DDD9C3" w:themeFill="background2" w:themeFillShade="E6"/>
            <w:vAlign w:val="center"/>
          </w:tcPr>
          <w:p w14:paraId="6574C39C" w14:textId="77777777" w:rsidR="00F166F5" w:rsidRPr="006A2C42" w:rsidRDefault="00022476" w:rsidP="006A2C42">
            <w:pPr>
              <w:jc w:val="center"/>
            </w:pPr>
            <w:r w:rsidRPr="006A2C42">
              <w:rPr>
                <w:rtl/>
              </w:rPr>
              <w:t>السؤال المباشر</w:t>
            </w:r>
          </w:p>
        </w:tc>
        <w:tc>
          <w:tcPr>
            <w:tcW w:w="2281" w:type="dxa"/>
            <w:shd w:val="clear" w:color="auto" w:fill="DDD9C3" w:themeFill="background2" w:themeFillShade="E6"/>
            <w:vAlign w:val="center"/>
          </w:tcPr>
          <w:p w14:paraId="4B812D16" w14:textId="77777777" w:rsidR="00F166F5" w:rsidRPr="006A2C42" w:rsidRDefault="00022476" w:rsidP="006A2C42">
            <w:pPr>
              <w:jc w:val="center"/>
            </w:pPr>
            <w:r w:rsidRPr="006A2C42">
              <w:rPr>
                <w:rtl/>
              </w:rPr>
              <w:t>القراءة</w:t>
            </w:r>
          </w:p>
        </w:tc>
        <w:tc>
          <w:tcPr>
            <w:tcW w:w="2134" w:type="dxa"/>
            <w:gridSpan w:val="2"/>
            <w:shd w:val="clear" w:color="auto" w:fill="DDD9C3" w:themeFill="background2" w:themeFillShade="E6"/>
            <w:vAlign w:val="center"/>
          </w:tcPr>
          <w:p w14:paraId="35AB70AC" w14:textId="77777777" w:rsidR="00F166F5" w:rsidRPr="006A2C42" w:rsidRDefault="00022476" w:rsidP="006A2C42">
            <w:pPr>
              <w:jc w:val="center"/>
            </w:pPr>
            <w:r w:rsidRPr="006A2C42">
              <w:rPr>
                <w:rtl/>
              </w:rPr>
              <w:t>الرياضيات</w:t>
            </w:r>
          </w:p>
        </w:tc>
        <w:tc>
          <w:tcPr>
            <w:tcW w:w="2134" w:type="dxa"/>
            <w:shd w:val="clear" w:color="auto" w:fill="DDD9C3" w:themeFill="background2" w:themeFillShade="E6"/>
            <w:vAlign w:val="center"/>
          </w:tcPr>
          <w:p w14:paraId="0D0E3B7F" w14:textId="77777777" w:rsidR="00F166F5" w:rsidRPr="006A2C42" w:rsidRDefault="00022476" w:rsidP="006A2C42">
            <w:pPr>
              <w:jc w:val="center"/>
            </w:pPr>
            <w:r w:rsidRPr="006A2C42">
              <w:rPr>
                <w:rtl/>
              </w:rPr>
              <w:t>العلوم</w:t>
            </w:r>
          </w:p>
        </w:tc>
      </w:tr>
      <w:tr w:rsidR="00F166F5" w:rsidRPr="006A2C42" w14:paraId="3BA55F82" w14:textId="77777777" w:rsidTr="00F21F11">
        <w:trPr>
          <w:trHeight w:val="680"/>
        </w:trPr>
        <w:tc>
          <w:tcPr>
            <w:tcW w:w="4377" w:type="dxa"/>
            <w:shd w:val="clear" w:color="auto" w:fill="DDD9C3" w:themeFill="background2" w:themeFillShade="E6"/>
            <w:vAlign w:val="center"/>
          </w:tcPr>
          <w:p w14:paraId="73D4E76F" w14:textId="77777777" w:rsidR="00F166F5" w:rsidRPr="006A2C42" w:rsidRDefault="00022476" w:rsidP="006A7878">
            <w:pPr>
              <w:jc w:val="right"/>
            </w:pPr>
            <w:r w:rsidRPr="006A2C42">
              <w:rPr>
                <w:rtl/>
              </w:rPr>
              <w:t>ما متوسط درجات الطلاب؟</w:t>
            </w:r>
          </w:p>
        </w:tc>
        <w:tc>
          <w:tcPr>
            <w:tcW w:w="2281" w:type="dxa"/>
            <w:vAlign w:val="center"/>
          </w:tcPr>
          <w:p w14:paraId="49BF8CED" w14:textId="77777777" w:rsidR="00F166F5" w:rsidRPr="006A2C42" w:rsidRDefault="00F166F5" w:rsidP="006A2C42">
            <w:pPr>
              <w:jc w:val="center"/>
            </w:pPr>
          </w:p>
        </w:tc>
        <w:tc>
          <w:tcPr>
            <w:tcW w:w="2134" w:type="dxa"/>
            <w:gridSpan w:val="2"/>
            <w:vAlign w:val="center"/>
          </w:tcPr>
          <w:p w14:paraId="548E46D3" w14:textId="77777777" w:rsidR="00F166F5" w:rsidRPr="006A2C42" w:rsidRDefault="00F166F5" w:rsidP="006A2C42">
            <w:pPr>
              <w:jc w:val="center"/>
            </w:pPr>
          </w:p>
        </w:tc>
        <w:tc>
          <w:tcPr>
            <w:tcW w:w="2134" w:type="dxa"/>
            <w:vAlign w:val="center"/>
          </w:tcPr>
          <w:p w14:paraId="713FE79D" w14:textId="77777777" w:rsidR="00F166F5" w:rsidRPr="006A2C42" w:rsidRDefault="00F166F5" w:rsidP="006A2C42">
            <w:pPr>
              <w:jc w:val="center"/>
            </w:pPr>
          </w:p>
        </w:tc>
      </w:tr>
      <w:tr w:rsidR="00F166F5" w:rsidRPr="006A2C42" w14:paraId="0AA50464" w14:textId="77777777" w:rsidTr="00F21F11">
        <w:trPr>
          <w:trHeight w:val="680"/>
        </w:trPr>
        <w:tc>
          <w:tcPr>
            <w:tcW w:w="4377" w:type="dxa"/>
            <w:shd w:val="clear" w:color="auto" w:fill="DDD9C3" w:themeFill="background2" w:themeFillShade="E6"/>
            <w:vAlign w:val="center"/>
          </w:tcPr>
          <w:p w14:paraId="524DC03D" w14:textId="77777777" w:rsidR="00F166F5" w:rsidRPr="006A2C42" w:rsidRDefault="00022476" w:rsidP="006A7878">
            <w:pPr>
              <w:jc w:val="right"/>
            </w:pPr>
            <w:r w:rsidRPr="006A2C42">
              <w:rPr>
                <w:rtl/>
              </w:rPr>
              <w:t>ما نسبة الطلاب الذين اجتازوا الحد الأدنى للإتقان؟</w:t>
            </w:r>
          </w:p>
        </w:tc>
        <w:tc>
          <w:tcPr>
            <w:tcW w:w="2281" w:type="dxa"/>
            <w:vAlign w:val="center"/>
          </w:tcPr>
          <w:p w14:paraId="0BD4BEFA" w14:textId="77777777" w:rsidR="00F166F5" w:rsidRPr="006A2C42" w:rsidRDefault="00F166F5" w:rsidP="006A2C42">
            <w:pPr>
              <w:jc w:val="center"/>
            </w:pPr>
          </w:p>
        </w:tc>
        <w:tc>
          <w:tcPr>
            <w:tcW w:w="2134" w:type="dxa"/>
            <w:gridSpan w:val="2"/>
            <w:vAlign w:val="center"/>
          </w:tcPr>
          <w:p w14:paraId="7BAF35FD" w14:textId="77777777" w:rsidR="00F166F5" w:rsidRPr="006A2C42" w:rsidRDefault="00F166F5" w:rsidP="006A2C42">
            <w:pPr>
              <w:jc w:val="center"/>
            </w:pPr>
          </w:p>
        </w:tc>
        <w:tc>
          <w:tcPr>
            <w:tcW w:w="2134" w:type="dxa"/>
            <w:vAlign w:val="center"/>
          </w:tcPr>
          <w:p w14:paraId="0BB71B75" w14:textId="77777777" w:rsidR="00F166F5" w:rsidRPr="006A2C42" w:rsidRDefault="00F166F5" w:rsidP="006A2C42">
            <w:pPr>
              <w:jc w:val="center"/>
            </w:pPr>
          </w:p>
        </w:tc>
      </w:tr>
      <w:tr w:rsidR="00F166F5" w:rsidRPr="006A2C42" w14:paraId="28F0DD80" w14:textId="77777777" w:rsidTr="00F21F11">
        <w:trPr>
          <w:trHeight w:val="680"/>
        </w:trPr>
        <w:tc>
          <w:tcPr>
            <w:tcW w:w="4377" w:type="dxa"/>
            <w:shd w:val="clear" w:color="auto" w:fill="DDD9C3" w:themeFill="background2" w:themeFillShade="E6"/>
            <w:vAlign w:val="center"/>
          </w:tcPr>
          <w:p w14:paraId="77A61C3C" w14:textId="77777777" w:rsidR="00F166F5" w:rsidRPr="006A2C42" w:rsidRDefault="00022476" w:rsidP="006A7878">
            <w:pPr>
              <w:jc w:val="right"/>
            </w:pPr>
            <w:r w:rsidRPr="006A2C42">
              <w:rPr>
                <w:rtl/>
              </w:rPr>
              <w:t>ما مقدار التغير مقارنة بالعام السابق؟</w:t>
            </w:r>
          </w:p>
        </w:tc>
        <w:tc>
          <w:tcPr>
            <w:tcW w:w="2281" w:type="dxa"/>
            <w:vAlign w:val="center"/>
          </w:tcPr>
          <w:p w14:paraId="3A961492" w14:textId="77777777" w:rsidR="00F166F5" w:rsidRPr="006A2C42" w:rsidRDefault="00F166F5" w:rsidP="006A2C42">
            <w:pPr>
              <w:jc w:val="center"/>
            </w:pPr>
          </w:p>
        </w:tc>
        <w:tc>
          <w:tcPr>
            <w:tcW w:w="2134" w:type="dxa"/>
            <w:gridSpan w:val="2"/>
            <w:vAlign w:val="center"/>
          </w:tcPr>
          <w:p w14:paraId="2A9FF8BC" w14:textId="77777777" w:rsidR="00F166F5" w:rsidRPr="006A2C42" w:rsidRDefault="00F166F5" w:rsidP="006A2C42">
            <w:pPr>
              <w:jc w:val="center"/>
            </w:pPr>
          </w:p>
        </w:tc>
        <w:tc>
          <w:tcPr>
            <w:tcW w:w="2134" w:type="dxa"/>
            <w:vAlign w:val="center"/>
          </w:tcPr>
          <w:p w14:paraId="56161A04" w14:textId="77777777" w:rsidR="00F166F5" w:rsidRPr="006A2C42" w:rsidRDefault="00F166F5" w:rsidP="006A2C42">
            <w:pPr>
              <w:jc w:val="center"/>
            </w:pPr>
          </w:p>
        </w:tc>
      </w:tr>
      <w:tr w:rsidR="00F166F5" w:rsidRPr="006A2C42" w14:paraId="2732213F" w14:textId="77777777" w:rsidTr="00F21F11">
        <w:trPr>
          <w:trHeight w:val="680"/>
        </w:trPr>
        <w:tc>
          <w:tcPr>
            <w:tcW w:w="4377" w:type="dxa"/>
            <w:shd w:val="clear" w:color="auto" w:fill="DDD9C3" w:themeFill="background2" w:themeFillShade="E6"/>
            <w:vAlign w:val="center"/>
          </w:tcPr>
          <w:p w14:paraId="3B6E4D5E" w14:textId="77777777" w:rsidR="00F166F5" w:rsidRPr="006A2C42" w:rsidRDefault="00022476" w:rsidP="006A7878">
            <w:pPr>
              <w:jc w:val="right"/>
            </w:pPr>
            <w:r w:rsidRPr="006A2C42">
              <w:rPr>
                <w:rtl/>
              </w:rPr>
              <w:t>ما المجال الفرعي الأقل إتقانًا؟</w:t>
            </w:r>
          </w:p>
        </w:tc>
        <w:tc>
          <w:tcPr>
            <w:tcW w:w="2281" w:type="dxa"/>
            <w:vAlign w:val="center"/>
          </w:tcPr>
          <w:p w14:paraId="119AEF22" w14:textId="77777777" w:rsidR="00F166F5" w:rsidRPr="006A2C42" w:rsidRDefault="00F166F5" w:rsidP="006A2C42">
            <w:pPr>
              <w:jc w:val="center"/>
            </w:pPr>
          </w:p>
        </w:tc>
        <w:tc>
          <w:tcPr>
            <w:tcW w:w="2134" w:type="dxa"/>
            <w:gridSpan w:val="2"/>
            <w:vAlign w:val="center"/>
          </w:tcPr>
          <w:p w14:paraId="7FD4B8F9" w14:textId="77777777" w:rsidR="00F166F5" w:rsidRPr="006A2C42" w:rsidRDefault="00F166F5" w:rsidP="006A2C42">
            <w:pPr>
              <w:jc w:val="center"/>
            </w:pPr>
          </w:p>
        </w:tc>
        <w:tc>
          <w:tcPr>
            <w:tcW w:w="2134" w:type="dxa"/>
            <w:vAlign w:val="center"/>
          </w:tcPr>
          <w:p w14:paraId="1EC92F8E" w14:textId="77777777" w:rsidR="00F166F5" w:rsidRPr="006A2C42" w:rsidRDefault="00F166F5" w:rsidP="006A2C42">
            <w:pPr>
              <w:jc w:val="center"/>
            </w:pPr>
          </w:p>
        </w:tc>
      </w:tr>
      <w:tr w:rsidR="00F166F5" w:rsidRPr="006A2C42" w14:paraId="6E29A1DD" w14:textId="77777777" w:rsidTr="00F21F11">
        <w:trPr>
          <w:trHeight w:val="680"/>
        </w:trPr>
        <w:tc>
          <w:tcPr>
            <w:tcW w:w="4377" w:type="dxa"/>
            <w:shd w:val="clear" w:color="auto" w:fill="DDD9C3" w:themeFill="background2" w:themeFillShade="E6"/>
            <w:vAlign w:val="center"/>
          </w:tcPr>
          <w:p w14:paraId="49322C60" w14:textId="77777777" w:rsidR="00F166F5" w:rsidRPr="006A2C42" w:rsidRDefault="00022476" w:rsidP="006A7878">
            <w:pPr>
              <w:jc w:val="right"/>
            </w:pPr>
            <w:r w:rsidRPr="006A2C42">
              <w:rPr>
                <w:rtl/>
              </w:rPr>
              <w:t>ما نسبة الإتقان في المجال الفرعي الأقل؟</w:t>
            </w:r>
          </w:p>
        </w:tc>
        <w:tc>
          <w:tcPr>
            <w:tcW w:w="2281" w:type="dxa"/>
            <w:vAlign w:val="center"/>
          </w:tcPr>
          <w:p w14:paraId="24DD4B73" w14:textId="77777777" w:rsidR="00F166F5" w:rsidRPr="006A2C42" w:rsidRDefault="00F166F5" w:rsidP="006A2C42">
            <w:pPr>
              <w:jc w:val="center"/>
            </w:pPr>
          </w:p>
        </w:tc>
        <w:tc>
          <w:tcPr>
            <w:tcW w:w="2134" w:type="dxa"/>
            <w:gridSpan w:val="2"/>
            <w:vAlign w:val="center"/>
          </w:tcPr>
          <w:p w14:paraId="58A435D2" w14:textId="77777777" w:rsidR="00F166F5" w:rsidRPr="006A2C42" w:rsidRDefault="00F166F5" w:rsidP="006A2C42">
            <w:pPr>
              <w:jc w:val="center"/>
            </w:pPr>
          </w:p>
        </w:tc>
        <w:tc>
          <w:tcPr>
            <w:tcW w:w="2134" w:type="dxa"/>
            <w:vAlign w:val="center"/>
          </w:tcPr>
          <w:p w14:paraId="2EB19839" w14:textId="77777777" w:rsidR="00F166F5" w:rsidRPr="006A2C42" w:rsidRDefault="00F166F5" w:rsidP="006A2C42">
            <w:pPr>
              <w:jc w:val="center"/>
            </w:pPr>
          </w:p>
        </w:tc>
      </w:tr>
      <w:tr w:rsidR="00F166F5" w:rsidRPr="006A2C42" w14:paraId="73A9912C" w14:textId="77777777" w:rsidTr="00F21F11">
        <w:trPr>
          <w:trHeight w:val="680"/>
        </w:trPr>
        <w:tc>
          <w:tcPr>
            <w:tcW w:w="4377" w:type="dxa"/>
            <w:shd w:val="clear" w:color="auto" w:fill="DDD9C3" w:themeFill="background2" w:themeFillShade="E6"/>
            <w:vAlign w:val="center"/>
          </w:tcPr>
          <w:p w14:paraId="4E338F59" w14:textId="77777777" w:rsidR="00F166F5" w:rsidRPr="006A2C42" w:rsidRDefault="00022476" w:rsidP="006A7878">
            <w:pPr>
              <w:jc w:val="right"/>
            </w:pPr>
            <w:r w:rsidRPr="006A2C42">
              <w:rPr>
                <w:rtl/>
              </w:rPr>
              <w:t>ما اتجاه الأداء؟ (تحسن / تراجع / استقرار)</w:t>
            </w:r>
          </w:p>
        </w:tc>
        <w:tc>
          <w:tcPr>
            <w:tcW w:w="2281" w:type="dxa"/>
            <w:vAlign w:val="center"/>
          </w:tcPr>
          <w:p w14:paraId="2B0F311C" w14:textId="77777777" w:rsidR="00F166F5" w:rsidRPr="006A2C42" w:rsidRDefault="00F166F5" w:rsidP="006A2C42">
            <w:pPr>
              <w:jc w:val="center"/>
            </w:pPr>
          </w:p>
        </w:tc>
        <w:tc>
          <w:tcPr>
            <w:tcW w:w="2134" w:type="dxa"/>
            <w:gridSpan w:val="2"/>
            <w:vAlign w:val="center"/>
          </w:tcPr>
          <w:p w14:paraId="00DBC89B" w14:textId="77777777" w:rsidR="00F166F5" w:rsidRPr="006A2C42" w:rsidRDefault="00F166F5" w:rsidP="006A2C42">
            <w:pPr>
              <w:jc w:val="center"/>
            </w:pPr>
          </w:p>
        </w:tc>
        <w:tc>
          <w:tcPr>
            <w:tcW w:w="2134" w:type="dxa"/>
            <w:vAlign w:val="center"/>
          </w:tcPr>
          <w:p w14:paraId="0AAB9616" w14:textId="77777777" w:rsidR="00F166F5" w:rsidRPr="006A2C42" w:rsidRDefault="00F166F5" w:rsidP="006A2C42">
            <w:pPr>
              <w:jc w:val="center"/>
            </w:pPr>
          </w:p>
        </w:tc>
      </w:tr>
      <w:tr w:rsidR="00F166F5" w:rsidRPr="006A2C42" w14:paraId="486B94F0" w14:textId="77777777" w:rsidTr="00F21F11">
        <w:trPr>
          <w:trHeight w:val="680"/>
        </w:trPr>
        <w:tc>
          <w:tcPr>
            <w:tcW w:w="4377" w:type="dxa"/>
            <w:shd w:val="clear" w:color="auto" w:fill="DDD9C3" w:themeFill="background2" w:themeFillShade="E6"/>
            <w:vAlign w:val="center"/>
          </w:tcPr>
          <w:p w14:paraId="4B333FC1" w14:textId="77777777" w:rsidR="00F166F5" w:rsidRPr="006A2C42" w:rsidRDefault="00022476" w:rsidP="006A7878">
            <w:pPr>
              <w:jc w:val="right"/>
            </w:pPr>
            <w:r w:rsidRPr="006A2C42">
              <w:rPr>
                <w:rtl/>
              </w:rPr>
              <w:t>ما الإجراء المطلوب؟ (معالجة / تحسين / تعزيز ومحافظة)</w:t>
            </w:r>
          </w:p>
        </w:tc>
        <w:tc>
          <w:tcPr>
            <w:tcW w:w="2281" w:type="dxa"/>
            <w:vAlign w:val="center"/>
          </w:tcPr>
          <w:p w14:paraId="0821AD9A" w14:textId="77777777" w:rsidR="00F166F5" w:rsidRPr="006A2C42" w:rsidRDefault="00F166F5" w:rsidP="006A2C42">
            <w:pPr>
              <w:jc w:val="center"/>
            </w:pPr>
          </w:p>
        </w:tc>
        <w:tc>
          <w:tcPr>
            <w:tcW w:w="2134" w:type="dxa"/>
            <w:gridSpan w:val="2"/>
            <w:vAlign w:val="center"/>
          </w:tcPr>
          <w:p w14:paraId="0F0DA24C" w14:textId="77777777" w:rsidR="00F166F5" w:rsidRPr="006A2C42" w:rsidRDefault="00F166F5" w:rsidP="006A2C42">
            <w:pPr>
              <w:jc w:val="center"/>
            </w:pPr>
          </w:p>
        </w:tc>
        <w:tc>
          <w:tcPr>
            <w:tcW w:w="2134" w:type="dxa"/>
            <w:vAlign w:val="center"/>
          </w:tcPr>
          <w:p w14:paraId="1917FDAD" w14:textId="77777777" w:rsidR="00F166F5" w:rsidRPr="006A2C42" w:rsidRDefault="00F166F5" w:rsidP="006A2C42">
            <w:pPr>
              <w:jc w:val="center"/>
            </w:pPr>
          </w:p>
        </w:tc>
      </w:tr>
      <w:tr w:rsidR="00F166F5" w:rsidRPr="006A2C42" w14:paraId="562D51A6" w14:textId="77777777" w:rsidTr="00F21F11">
        <w:trPr>
          <w:trHeight w:val="680"/>
        </w:trPr>
        <w:tc>
          <w:tcPr>
            <w:tcW w:w="4377" w:type="dxa"/>
            <w:shd w:val="clear" w:color="auto" w:fill="DDD9C3" w:themeFill="background2" w:themeFillShade="E6"/>
            <w:vAlign w:val="center"/>
          </w:tcPr>
          <w:p w14:paraId="623D92C7" w14:textId="77777777" w:rsidR="00F166F5" w:rsidRPr="006A2C42" w:rsidRDefault="00022476" w:rsidP="006A2C42">
            <w:pPr>
              <w:jc w:val="center"/>
            </w:pPr>
            <w:r w:rsidRPr="006A2C42">
              <w:rPr>
                <w:rtl/>
              </w:rPr>
              <w:t>خلاصة التشخيص</w:t>
            </w:r>
          </w:p>
        </w:tc>
        <w:tc>
          <w:tcPr>
            <w:tcW w:w="6549" w:type="dxa"/>
            <w:gridSpan w:val="4"/>
            <w:shd w:val="clear" w:color="auto" w:fill="DDD9C3" w:themeFill="background2" w:themeFillShade="E6"/>
            <w:vAlign w:val="center"/>
          </w:tcPr>
          <w:p w14:paraId="6F34C318" w14:textId="77777777" w:rsidR="00F166F5" w:rsidRPr="006A2C42" w:rsidRDefault="00022476" w:rsidP="006A2C42">
            <w:pPr>
              <w:jc w:val="center"/>
            </w:pPr>
            <w:r w:rsidRPr="006A2C42">
              <w:rPr>
                <w:rtl/>
              </w:rPr>
              <w:t>النتيجة</w:t>
            </w:r>
          </w:p>
        </w:tc>
      </w:tr>
      <w:tr w:rsidR="00F166F5" w:rsidRPr="006A2C42" w14:paraId="0DDCA330" w14:textId="77777777" w:rsidTr="00F21F11">
        <w:trPr>
          <w:trHeight w:val="680"/>
        </w:trPr>
        <w:tc>
          <w:tcPr>
            <w:tcW w:w="4377" w:type="dxa"/>
            <w:shd w:val="clear" w:color="auto" w:fill="DDD9C3" w:themeFill="background2" w:themeFillShade="E6"/>
            <w:vAlign w:val="center"/>
          </w:tcPr>
          <w:p w14:paraId="23A236BB" w14:textId="77777777" w:rsidR="00F166F5" w:rsidRPr="006A2C42" w:rsidRDefault="00022476" w:rsidP="006A2C42">
            <w:pPr>
              <w:jc w:val="center"/>
            </w:pPr>
            <w:r w:rsidRPr="006A2C42">
              <w:rPr>
                <w:rtl/>
              </w:rPr>
              <w:t>أبرز جوانب القوة والمحافظة</w:t>
            </w:r>
          </w:p>
        </w:tc>
        <w:tc>
          <w:tcPr>
            <w:tcW w:w="6549" w:type="dxa"/>
            <w:gridSpan w:val="4"/>
            <w:vAlign w:val="center"/>
          </w:tcPr>
          <w:p w14:paraId="211A6D37" w14:textId="77777777" w:rsidR="00F166F5" w:rsidRPr="006A2C42" w:rsidRDefault="00F166F5" w:rsidP="006A2C42">
            <w:pPr>
              <w:jc w:val="center"/>
            </w:pPr>
          </w:p>
        </w:tc>
      </w:tr>
      <w:tr w:rsidR="00F166F5" w:rsidRPr="006A2C42" w14:paraId="4275BACC" w14:textId="77777777" w:rsidTr="00F21F11">
        <w:trPr>
          <w:trHeight w:val="680"/>
        </w:trPr>
        <w:tc>
          <w:tcPr>
            <w:tcW w:w="4377" w:type="dxa"/>
            <w:shd w:val="clear" w:color="auto" w:fill="DDD9C3" w:themeFill="background2" w:themeFillShade="E6"/>
            <w:vAlign w:val="center"/>
          </w:tcPr>
          <w:p w14:paraId="646D117F" w14:textId="77777777" w:rsidR="00F166F5" w:rsidRPr="006A2C42" w:rsidRDefault="00022476" w:rsidP="006A2C42">
            <w:pPr>
              <w:jc w:val="center"/>
            </w:pPr>
            <w:r w:rsidRPr="006A2C42">
              <w:rPr>
                <w:rtl/>
              </w:rPr>
              <w:t>أبرز جوانب التحسن</w:t>
            </w:r>
          </w:p>
        </w:tc>
        <w:tc>
          <w:tcPr>
            <w:tcW w:w="6549" w:type="dxa"/>
            <w:gridSpan w:val="4"/>
            <w:vAlign w:val="center"/>
          </w:tcPr>
          <w:p w14:paraId="474523A8" w14:textId="77777777" w:rsidR="00F166F5" w:rsidRPr="006A2C42" w:rsidRDefault="00F166F5" w:rsidP="006A2C42">
            <w:pPr>
              <w:jc w:val="center"/>
            </w:pPr>
          </w:p>
        </w:tc>
      </w:tr>
      <w:tr w:rsidR="00F166F5" w:rsidRPr="006A2C42" w14:paraId="0A6450A5" w14:textId="77777777" w:rsidTr="00F21F11">
        <w:trPr>
          <w:trHeight w:val="680"/>
        </w:trPr>
        <w:tc>
          <w:tcPr>
            <w:tcW w:w="4377" w:type="dxa"/>
            <w:shd w:val="clear" w:color="auto" w:fill="DDD9C3" w:themeFill="background2" w:themeFillShade="E6"/>
            <w:vAlign w:val="center"/>
          </w:tcPr>
          <w:p w14:paraId="398C0AFD" w14:textId="77777777" w:rsidR="00F166F5" w:rsidRPr="006A2C42" w:rsidRDefault="00022476" w:rsidP="006A2C42">
            <w:pPr>
              <w:jc w:val="center"/>
            </w:pPr>
            <w:r w:rsidRPr="006A2C42">
              <w:rPr>
                <w:rtl/>
              </w:rPr>
              <w:t>أبرز الفجوات والتدني</w:t>
            </w:r>
          </w:p>
        </w:tc>
        <w:tc>
          <w:tcPr>
            <w:tcW w:w="6549" w:type="dxa"/>
            <w:gridSpan w:val="4"/>
            <w:vAlign w:val="center"/>
          </w:tcPr>
          <w:p w14:paraId="4C8E4E72" w14:textId="77777777" w:rsidR="00F166F5" w:rsidRPr="006A2C42" w:rsidRDefault="00F166F5" w:rsidP="006A2C42">
            <w:pPr>
              <w:jc w:val="center"/>
            </w:pPr>
          </w:p>
        </w:tc>
      </w:tr>
      <w:tr w:rsidR="00F166F5" w:rsidRPr="006A2C42" w14:paraId="761FFCB0" w14:textId="77777777" w:rsidTr="00F21F11">
        <w:trPr>
          <w:trHeight w:val="680"/>
        </w:trPr>
        <w:tc>
          <w:tcPr>
            <w:tcW w:w="4377" w:type="dxa"/>
            <w:shd w:val="clear" w:color="auto" w:fill="DDD9C3" w:themeFill="background2" w:themeFillShade="E6"/>
            <w:vAlign w:val="center"/>
          </w:tcPr>
          <w:p w14:paraId="45768CA1" w14:textId="77777777" w:rsidR="00F166F5" w:rsidRPr="006A2C42" w:rsidRDefault="00022476" w:rsidP="006A2C42">
            <w:pPr>
              <w:jc w:val="center"/>
            </w:pPr>
            <w:r w:rsidRPr="006A2C42">
              <w:rPr>
                <w:rtl/>
              </w:rPr>
              <w:t>الأولوية التعليمية والتدريبية</w:t>
            </w:r>
          </w:p>
        </w:tc>
        <w:tc>
          <w:tcPr>
            <w:tcW w:w="6549" w:type="dxa"/>
            <w:gridSpan w:val="4"/>
            <w:vAlign w:val="center"/>
          </w:tcPr>
          <w:p w14:paraId="6FFDC94A" w14:textId="77777777" w:rsidR="00F166F5" w:rsidRPr="006A2C42" w:rsidRDefault="00F166F5" w:rsidP="006A2C42">
            <w:pPr>
              <w:jc w:val="center"/>
            </w:pPr>
          </w:p>
        </w:tc>
      </w:tr>
    </w:tbl>
    <w:p w14:paraId="442DDFDA" w14:textId="420B512E" w:rsidR="00F166F5" w:rsidRDefault="00F21F11">
      <w:r>
        <w:rPr>
          <w:rFonts w:cs="Khalid Art bold" w:hint="cs"/>
          <w:noProof/>
          <w:color w:val="008080"/>
          <w:sz w:val="20"/>
          <w:szCs w:val="24"/>
          <w:rtl/>
          <w:lang w:val="ar-SA"/>
        </w:rPr>
        <mc:AlternateContent>
          <mc:Choice Requires="wps">
            <w:drawing>
              <wp:anchor distT="0" distB="0" distL="114300" distR="114300" simplePos="0" relativeHeight="251663360" behindDoc="0" locked="0" layoutInCell="1" allowOverlap="1" wp14:anchorId="4736263B" wp14:editId="633988A3">
                <wp:simplePos x="0" y="0"/>
                <wp:positionH relativeFrom="column">
                  <wp:posOffset>510540</wp:posOffset>
                </wp:positionH>
                <wp:positionV relativeFrom="paragraph">
                  <wp:posOffset>1760220</wp:posOffset>
                </wp:positionV>
                <wp:extent cx="1272540" cy="327660"/>
                <wp:effectExtent l="0" t="0" r="0" b="0"/>
                <wp:wrapNone/>
                <wp:docPr id="876857264" name="مربع نص 1"/>
                <wp:cNvGraphicFramePr/>
                <a:graphic xmlns:a="http://schemas.openxmlformats.org/drawingml/2006/main">
                  <a:graphicData uri="http://schemas.microsoft.com/office/word/2010/wordprocessingShape">
                    <wps:wsp>
                      <wps:cNvSpPr txBox="1"/>
                      <wps:spPr>
                        <a:xfrm>
                          <a:off x="0" y="0"/>
                          <a:ext cx="1272540" cy="327660"/>
                        </a:xfrm>
                        <a:prstGeom prst="rect">
                          <a:avLst/>
                        </a:prstGeom>
                        <a:noFill/>
                        <a:ln w="6350">
                          <a:noFill/>
                        </a:ln>
                      </wps:spPr>
                      <wps:txbx>
                        <w:txbxContent>
                          <w:p w14:paraId="35711BAA" w14:textId="77777777" w:rsidR="00F21F11" w:rsidRDefault="00F21F11" w:rsidP="00F21F11">
                            <w:pPr>
                              <w:rPr>
                                <w:rtl/>
                              </w:rPr>
                            </w:pPr>
                            <w:r>
                              <w:rPr>
                                <w:rFonts w:hint="cs"/>
                                <w:rtl/>
                              </w:rPr>
                              <w:t>إعداد: أ. أحمد بن عبدالله</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36263B" id="_x0000_s1028" type="#_x0000_t202" style="position:absolute;margin-left:40.2pt;margin-top:138.6pt;width:100.2pt;height:2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" filled="f" stroked="f" strokeweight=".5pt">
                <v:textbox>
                  <w:txbxContent>
                    <w:p w14:paraId="35711BAA" w14:textId="77777777" w:rsidR="00F21F11" w:rsidRDefault="00F21F11" w:rsidP="00F21F11">
                      <w:pPr>
                        <w:rPr>
                          <w:rtl/>
                        </w:rPr>
                      </w:pPr>
                      <w:r>
                        <w:rPr>
                          <w:rFonts w:hint="cs"/>
                          <w:rtl/>
                        </w:rPr>
                        <w:t>إعداد: أ. أحمد بن عبدالله</w:t>
                      </w:r>
                    </w:p>
                  </w:txbxContent>
                </v:textbox>
              </v:shape>
            </w:pict>
          </mc:Fallback>
        </mc:AlternateContent>
      </w:r>
      <w:r w:rsidR="00022476">
        <w:br w:type="page"/>
      </w:r>
    </w:p>
    <w:p w14:paraId="2EF18809" w14:textId="77777777" w:rsidR="00F166F5" w:rsidRPr="006A7878" w:rsidRDefault="00022476" w:rsidP="006A7878">
      <w:pPr>
        <w:shd w:val="clear" w:color="auto" w:fill="008080"/>
        <w:bidi/>
        <w:rPr>
          <w:rFonts w:cs="PT Bold Heading"/>
          <w:color w:val="FFFFFF" w:themeColor="background1"/>
          <w:sz w:val="20"/>
          <w:szCs w:val="24"/>
        </w:rPr>
      </w:pPr>
      <w:r w:rsidRPr="006A7878">
        <w:rPr>
          <w:rFonts w:cs="PT Bold Heading"/>
          <w:color w:val="FFFFFF" w:themeColor="background1"/>
          <w:sz w:val="20"/>
          <w:szCs w:val="24"/>
          <w:rtl/>
        </w:rPr>
        <w:lastRenderedPageBreak/>
        <w:t>ثانيًا: الهدف العام</w:t>
      </w:r>
    </w:p>
    <w:p w14:paraId="02FC92F2" w14:textId="77777777" w:rsidR="00F166F5" w:rsidRPr="006A7878" w:rsidRDefault="00022476" w:rsidP="006A7878">
      <w:pPr>
        <w:bidi/>
        <w:spacing w:after="40" w:line="240" w:lineRule="auto"/>
        <w:ind w:right="113"/>
        <w:rPr>
          <w:rFonts w:cs="Khalid Art bold"/>
          <w:rtl/>
        </w:rPr>
      </w:pPr>
      <w:r w:rsidRPr="006A7878">
        <w:rPr>
          <w:rFonts w:cs="Khalid Art bold"/>
          <w:sz w:val="18"/>
          <w:rtl/>
        </w:rPr>
        <w:t>• تحسين نواتج تعلم الطلاب في الاختبارات الوطنية «نافس»، ورفع مستوى إتقانهم في المواد المستهدفة في ضوء نتائج المدرسة ومؤشرات الأداء.</w:t>
      </w:r>
    </w:p>
    <w:p w14:paraId="1B160D01" w14:textId="77777777" w:rsidR="006A7878" w:rsidRDefault="006A7878" w:rsidP="006A7878">
      <w:pPr>
        <w:bidi/>
        <w:spacing w:after="40" w:line="240" w:lineRule="auto"/>
        <w:ind w:right="113"/>
      </w:pPr>
    </w:p>
    <w:p w14:paraId="2E9E00F1" w14:textId="77777777" w:rsidR="00F166F5" w:rsidRPr="006A7878" w:rsidRDefault="00022476" w:rsidP="006A7878">
      <w:pPr>
        <w:shd w:val="clear" w:color="auto" w:fill="008080"/>
        <w:bidi/>
        <w:rPr>
          <w:rFonts w:cs="PT Bold Heading"/>
          <w:color w:val="FFFFFF" w:themeColor="background1"/>
          <w:sz w:val="20"/>
          <w:szCs w:val="24"/>
        </w:rPr>
      </w:pPr>
      <w:r w:rsidRPr="006A7878">
        <w:rPr>
          <w:rFonts w:cs="PT Bold Heading"/>
          <w:color w:val="FFFFFF" w:themeColor="background1"/>
          <w:sz w:val="20"/>
          <w:szCs w:val="24"/>
          <w:rtl/>
        </w:rPr>
        <w:t>ثالثًا: الأهداف التفصيلية</w:t>
      </w:r>
    </w:p>
    <w:p w14:paraId="7E96EBC6" w14:textId="77777777" w:rsidR="00F166F5" w:rsidRPr="006A7878" w:rsidRDefault="00022476" w:rsidP="006A7878">
      <w:pPr>
        <w:bidi/>
        <w:spacing w:after="40" w:line="240" w:lineRule="auto"/>
        <w:ind w:right="113"/>
        <w:rPr>
          <w:rFonts w:cs="Khalid Art bold"/>
        </w:rPr>
      </w:pPr>
      <w:r w:rsidRPr="006A7878">
        <w:rPr>
          <w:rFonts w:cs="Khalid Art bold"/>
          <w:sz w:val="18"/>
          <w:rtl/>
        </w:rPr>
        <w:t>• زيادة فاعلية الإجراءات التعليمية في المدرسة بما يسهم في تحسين نواتج تعلم الاختبارات الوطنية «نافس».</w:t>
      </w:r>
    </w:p>
    <w:p w14:paraId="7EE0140C" w14:textId="77777777" w:rsidR="00F166F5" w:rsidRPr="006A7878" w:rsidRDefault="00022476" w:rsidP="006A7878">
      <w:pPr>
        <w:bidi/>
        <w:spacing w:after="40" w:line="240" w:lineRule="auto"/>
        <w:ind w:right="113"/>
        <w:rPr>
          <w:rFonts w:cs="Khalid Art bold"/>
        </w:rPr>
      </w:pPr>
      <w:r w:rsidRPr="006A7878">
        <w:rPr>
          <w:rFonts w:cs="Khalid Art bold"/>
          <w:sz w:val="18"/>
          <w:rtl/>
        </w:rPr>
        <w:t>• معالجة الفجوات التعليمية التي تكشفها بطاقة نافس والقياسات التشخيصية والدورية.</w:t>
      </w:r>
    </w:p>
    <w:p w14:paraId="756DF9C8" w14:textId="77777777" w:rsidR="00F166F5" w:rsidRPr="006A7878" w:rsidRDefault="00022476" w:rsidP="006A7878">
      <w:pPr>
        <w:bidi/>
        <w:spacing w:after="40" w:line="240" w:lineRule="auto"/>
        <w:ind w:right="113"/>
        <w:rPr>
          <w:rFonts w:cs="Khalid Art bold"/>
        </w:rPr>
      </w:pPr>
      <w:r w:rsidRPr="006A7878">
        <w:rPr>
          <w:rFonts w:cs="Khalid Art bold"/>
          <w:sz w:val="18"/>
          <w:rtl/>
        </w:rPr>
        <w:t>• توعية الأسرة بأهمية المشاركة في تحسين نواتج تعلم الطلاب ودعم تقدمهم.</w:t>
      </w:r>
    </w:p>
    <w:p w14:paraId="17145D61" w14:textId="77777777" w:rsidR="00F166F5" w:rsidRPr="006A7878" w:rsidRDefault="00022476" w:rsidP="006A7878">
      <w:pPr>
        <w:bidi/>
        <w:spacing w:after="40" w:line="240" w:lineRule="auto"/>
        <w:ind w:right="113"/>
        <w:rPr>
          <w:rFonts w:cs="Khalid Art bold"/>
        </w:rPr>
      </w:pPr>
      <w:r w:rsidRPr="006A7878">
        <w:rPr>
          <w:rFonts w:cs="Khalid Art bold"/>
          <w:sz w:val="18"/>
          <w:rtl/>
        </w:rPr>
        <w:t>• تهيئة الطلاب للمشاركة في الاختبارات الوطنية.</w:t>
      </w:r>
    </w:p>
    <w:p w14:paraId="034EFF20" w14:textId="77777777" w:rsidR="00F166F5" w:rsidRPr="006A7878" w:rsidRDefault="00022476" w:rsidP="006A7878">
      <w:pPr>
        <w:bidi/>
        <w:spacing w:after="40" w:line="240" w:lineRule="auto"/>
        <w:ind w:right="113"/>
        <w:rPr>
          <w:rFonts w:cs="Khalid Art bold"/>
        </w:rPr>
      </w:pPr>
      <w:r w:rsidRPr="006A7878">
        <w:rPr>
          <w:rFonts w:cs="Khalid Art bold"/>
          <w:sz w:val="18"/>
          <w:rtl/>
        </w:rPr>
        <w:t>• تحسين عمليات التدريس واستخدام استراتيجيات تعلم متنوعة بما يحقق نواتج تعلم المواد المستهدفة.</w:t>
      </w:r>
    </w:p>
    <w:p w14:paraId="089E1A89" w14:textId="77777777" w:rsidR="00F166F5" w:rsidRPr="006A7878" w:rsidRDefault="00022476" w:rsidP="006A7878">
      <w:pPr>
        <w:bidi/>
        <w:spacing w:after="40" w:line="240" w:lineRule="auto"/>
        <w:ind w:right="113"/>
        <w:rPr>
          <w:rFonts w:cs="Khalid Art bold"/>
        </w:rPr>
      </w:pPr>
      <w:r w:rsidRPr="006A7878">
        <w:rPr>
          <w:rFonts w:cs="Khalid Art bold"/>
          <w:sz w:val="18"/>
          <w:rtl/>
        </w:rPr>
        <w:t>• متابعة مستوى تقدم الطلاب وأدائهم فيما يتعلق بالأهداف المحددة للمواد المستهدفة.</w:t>
      </w:r>
    </w:p>
    <w:p w14:paraId="346CBE2F" w14:textId="77777777" w:rsidR="00F166F5" w:rsidRPr="006A7878" w:rsidRDefault="00022476" w:rsidP="006A7878">
      <w:pPr>
        <w:bidi/>
        <w:spacing w:after="40" w:line="240" w:lineRule="auto"/>
        <w:ind w:right="113"/>
        <w:rPr>
          <w:rFonts w:cs="Khalid Art bold"/>
        </w:rPr>
      </w:pPr>
      <w:r w:rsidRPr="006A7878">
        <w:rPr>
          <w:rFonts w:cs="Khalid Art bold"/>
          <w:sz w:val="18"/>
          <w:rtl/>
        </w:rPr>
        <w:t>• تشجيع المعلمين على تبادل أفضل الممارسات التدريسية لرفع المستوى التحصيلي للطلاب.</w:t>
      </w:r>
    </w:p>
    <w:p w14:paraId="4AC8D553" w14:textId="0B7DDF5A" w:rsidR="00F166F5" w:rsidRPr="006A7878" w:rsidRDefault="00022476" w:rsidP="006A7878">
      <w:pPr>
        <w:bidi/>
        <w:spacing w:after="40" w:line="240" w:lineRule="auto"/>
        <w:ind w:right="113"/>
        <w:rPr>
          <w:rFonts w:cs="Khalid Art bold"/>
        </w:rPr>
      </w:pPr>
      <w:r w:rsidRPr="006A7878">
        <w:rPr>
          <w:rFonts w:cs="Khalid Art bold"/>
          <w:sz w:val="18"/>
          <w:rtl/>
        </w:rPr>
        <w:t>• المحافظة على جوانب القوة وتعزيز المجالات التي أظهرت تحسنًا.</w:t>
      </w:r>
    </w:p>
    <w:p w14:paraId="55E318C6" w14:textId="12392D16" w:rsidR="008911CD" w:rsidRDefault="008911CD" w:rsidP="008911CD"/>
    <w:p w14:paraId="0F19B061" w14:textId="633F3A32" w:rsidR="008911CD" w:rsidRPr="008911CD" w:rsidRDefault="008911CD" w:rsidP="008911CD">
      <w:pPr>
        <w:shd w:val="clear" w:color="auto" w:fill="008080"/>
        <w:bidi/>
        <w:rPr>
          <w:rFonts w:cs="PT Bold Heading"/>
          <w:color w:val="FFFFFF" w:themeColor="background1"/>
          <w:sz w:val="20"/>
          <w:szCs w:val="24"/>
          <w:rtl/>
        </w:rPr>
      </w:pPr>
      <w:r w:rsidRPr="008911CD">
        <w:rPr>
          <w:rFonts w:cs="PT Bold Heading" w:hint="cs"/>
          <w:color w:val="FFFFFF" w:themeColor="background1"/>
          <w:sz w:val="20"/>
          <w:szCs w:val="24"/>
          <w:rtl/>
        </w:rPr>
        <w:t>رابعاً: المستهدفات التحسينية:</w:t>
      </w:r>
    </w:p>
    <w:tbl>
      <w:tblPr>
        <w:tblStyle w:val="afa"/>
        <w:bidiVisual/>
        <w:tblW w:w="9447" w:type="dxa"/>
        <w:jc w:val="center"/>
        <w:tblLook w:val="04A0" w:firstRow="1" w:lastRow="0" w:firstColumn="1" w:lastColumn="0" w:noHBand="0" w:noVBand="1"/>
      </w:tblPr>
      <w:tblGrid>
        <w:gridCol w:w="1733"/>
        <w:gridCol w:w="1227"/>
        <w:gridCol w:w="2644"/>
        <w:gridCol w:w="1313"/>
        <w:gridCol w:w="1140"/>
        <w:gridCol w:w="1390"/>
      </w:tblGrid>
      <w:tr w:rsidR="008911CD" w:rsidRPr="008911CD" w14:paraId="1E48443D" w14:textId="77777777" w:rsidTr="008911CD">
        <w:trPr>
          <w:trHeight w:val="737"/>
          <w:jc w:val="center"/>
        </w:trPr>
        <w:tc>
          <w:tcPr>
            <w:tcW w:w="0" w:type="auto"/>
            <w:shd w:val="clear" w:color="auto" w:fill="DDD9C3" w:themeFill="background2" w:themeFillShade="E6"/>
            <w:vAlign w:val="center"/>
            <w:hideMark/>
          </w:tcPr>
          <w:p w14:paraId="12EF5B8C" w14:textId="77777777" w:rsidR="008911CD" w:rsidRPr="008911CD" w:rsidRDefault="008911CD" w:rsidP="008911CD">
            <w:pPr>
              <w:jc w:val="center"/>
            </w:pPr>
            <w:r w:rsidRPr="008911CD">
              <w:rPr>
                <w:rtl/>
              </w:rPr>
              <w:t>الصف</w:t>
            </w:r>
          </w:p>
        </w:tc>
        <w:tc>
          <w:tcPr>
            <w:tcW w:w="0" w:type="auto"/>
            <w:shd w:val="clear" w:color="auto" w:fill="DDD9C3" w:themeFill="background2" w:themeFillShade="E6"/>
            <w:vAlign w:val="center"/>
            <w:hideMark/>
          </w:tcPr>
          <w:p w14:paraId="0397B326" w14:textId="77777777" w:rsidR="008911CD" w:rsidRPr="008911CD" w:rsidRDefault="008911CD" w:rsidP="008911CD">
            <w:pPr>
              <w:jc w:val="center"/>
            </w:pPr>
            <w:r w:rsidRPr="008911CD">
              <w:rPr>
                <w:rtl/>
              </w:rPr>
              <w:t>المادة</w:t>
            </w:r>
          </w:p>
        </w:tc>
        <w:tc>
          <w:tcPr>
            <w:tcW w:w="0" w:type="auto"/>
            <w:shd w:val="clear" w:color="auto" w:fill="DDD9C3" w:themeFill="background2" w:themeFillShade="E6"/>
            <w:vAlign w:val="center"/>
            <w:hideMark/>
          </w:tcPr>
          <w:p w14:paraId="6DC06F80" w14:textId="7208C345" w:rsidR="008911CD" w:rsidRPr="008911CD" w:rsidRDefault="008911CD" w:rsidP="008911CD">
            <w:pPr>
              <w:jc w:val="center"/>
            </w:pPr>
            <w:r w:rsidRPr="008911CD">
              <w:rPr>
                <w:rtl/>
              </w:rPr>
              <w:t>المهارة</w:t>
            </w:r>
            <w:r>
              <w:rPr>
                <w:rFonts w:hint="cs"/>
                <w:rtl/>
              </w:rPr>
              <w:t xml:space="preserve"> </w:t>
            </w:r>
            <w:r w:rsidRPr="008911CD">
              <w:rPr>
                <w:rtl/>
              </w:rPr>
              <w:t>/</w:t>
            </w:r>
            <w:r>
              <w:rPr>
                <w:rFonts w:hint="cs"/>
                <w:rtl/>
              </w:rPr>
              <w:t xml:space="preserve"> </w:t>
            </w:r>
            <w:r w:rsidRPr="008911CD">
              <w:rPr>
                <w:rtl/>
              </w:rPr>
              <w:t>المجال المستهدف</w:t>
            </w:r>
          </w:p>
        </w:tc>
        <w:tc>
          <w:tcPr>
            <w:tcW w:w="0" w:type="auto"/>
            <w:shd w:val="clear" w:color="auto" w:fill="DDD9C3" w:themeFill="background2" w:themeFillShade="E6"/>
            <w:vAlign w:val="center"/>
            <w:hideMark/>
          </w:tcPr>
          <w:p w14:paraId="0A827245" w14:textId="77777777" w:rsidR="008911CD" w:rsidRPr="008911CD" w:rsidRDefault="008911CD" w:rsidP="008911CD">
            <w:pPr>
              <w:jc w:val="center"/>
            </w:pPr>
            <w:r w:rsidRPr="008911CD">
              <w:rPr>
                <w:rtl/>
              </w:rPr>
              <w:t>خط الأساس</w:t>
            </w:r>
          </w:p>
        </w:tc>
        <w:tc>
          <w:tcPr>
            <w:tcW w:w="0" w:type="auto"/>
            <w:shd w:val="clear" w:color="auto" w:fill="DDD9C3" w:themeFill="background2" w:themeFillShade="E6"/>
            <w:vAlign w:val="center"/>
            <w:hideMark/>
          </w:tcPr>
          <w:p w14:paraId="496682C7" w14:textId="77777777" w:rsidR="008911CD" w:rsidRPr="008911CD" w:rsidRDefault="008911CD" w:rsidP="008911CD">
            <w:pPr>
              <w:jc w:val="center"/>
            </w:pPr>
            <w:r w:rsidRPr="008911CD">
              <w:rPr>
                <w:rtl/>
              </w:rPr>
              <w:t>المستهدف</w:t>
            </w:r>
          </w:p>
        </w:tc>
        <w:tc>
          <w:tcPr>
            <w:tcW w:w="0" w:type="auto"/>
            <w:shd w:val="clear" w:color="auto" w:fill="DDD9C3" w:themeFill="background2" w:themeFillShade="E6"/>
            <w:vAlign w:val="center"/>
            <w:hideMark/>
          </w:tcPr>
          <w:p w14:paraId="7CB3F198" w14:textId="0183324E" w:rsidR="008911CD" w:rsidRPr="008911CD" w:rsidRDefault="008911CD" w:rsidP="008911CD">
            <w:pPr>
              <w:jc w:val="center"/>
            </w:pPr>
            <w:r w:rsidRPr="008911CD">
              <w:rPr>
                <w:rtl/>
              </w:rPr>
              <w:t>موعد التحقق</w:t>
            </w:r>
          </w:p>
        </w:tc>
      </w:tr>
      <w:tr w:rsidR="008911CD" w:rsidRPr="008911CD" w14:paraId="4FC74707" w14:textId="77777777" w:rsidTr="008911CD">
        <w:trPr>
          <w:trHeight w:val="737"/>
          <w:jc w:val="center"/>
        </w:trPr>
        <w:tc>
          <w:tcPr>
            <w:tcW w:w="0" w:type="auto"/>
            <w:shd w:val="clear" w:color="auto" w:fill="DDD9C3" w:themeFill="background2" w:themeFillShade="E6"/>
            <w:vAlign w:val="center"/>
            <w:hideMark/>
          </w:tcPr>
          <w:p w14:paraId="556EA0EA" w14:textId="77777777" w:rsidR="008911CD" w:rsidRPr="008911CD" w:rsidRDefault="008911CD" w:rsidP="008911CD">
            <w:pPr>
              <w:jc w:val="center"/>
            </w:pPr>
            <w:r w:rsidRPr="008911CD">
              <w:rPr>
                <w:rtl/>
              </w:rPr>
              <w:t>الثالث الابتدائي</w:t>
            </w:r>
          </w:p>
        </w:tc>
        <w:tc>
          <w:tcPr>
            <w:tcW w:w="0" w:type="auto"/>
            <w:shd w:val="clear" w:color="auto" w:fill="DDD9C3" w:themeFill="background2" w:themeFillShade="E6"/>
            <w:vAlign w:val="center"/>
            <w:hideMark/>
          </w:tcPr>
          <w:p w14:paraId="10201929" w14:textId="77777777" w:rsidR="008911CD" w:rsidRPr="008911CD" w:rsidRDefault="008911CD" w:rsidP="008911CD">
            <w:pPr>
              <w:jc w:val="center"/>
            </w:pPr>
            <w:r w:rsidRPr="008911CD">
              <w:rPr>
                <w:rtl/>
              </w:rPr>
              <w:t>القراءة</w:t>
            </w:r>
          </w:p>
        </w:tc>
        <w:tc>
          <w:tcPr>
            <w:tcW w:w="0" w:type="auto"/>
            <w:vAlign w:val="center"/>
          </w:tcPr>
          <w:p w14:paraId="3A71FFCE" w14:textId="2EF8F255" w:rsidR="008911CD" w:rsidRPr="008911CD" w:rsidRDefault="008911CD" w:rsidP="008911CD">
            <w:pPr>
              <w:jc w:val="center"/>
            </w:pPr>
          </w:p>
        </w:tc>
        <w:tc>
          <w:tcPr>
            <w:tcW w:w="0" w:type="auto"/>
            <w:vAlign w:val="center"/>
          </w:tcPr>
          <w:p w14:paraId="426F475F" w14:textId="0C0ECDC7" w:rsidR="008911CD" w:rsidRPr="008911CD" w:rsidRDefault="008911CD" w:rsidP="008911CD">
            <w:pPr>
              <w:jc w:val="center"/>
            </w:pPr>
          </w:p>
        </w:tc>
        <w:tc>
          <w:tcPr>
            <w:tcW w:w="0" w:type="auto"/>
            <w:vAlign w:val="center"/>
          </w:tcPr>
          <w:p w14:paraId="4211D091" w14:textId="642C2185" w:rsidR="008911CD" w:rsidRPr="008911CD" w:rsidRDefault="008911CD" w:rsidP="008911CD">
            <w:pPr>
              <w:jc w:val="center"/>
            </w:pPr>
          </w:p>
        </w:tc>
        <w:tc>
          <w:tcPr>
            <w:tcW w:w="0" w:type="auto"/>
            <w:vAlign w:val="center"/>
          </w:tcPr>
          <w:p w14:paraId="407B2856" w14:textId="6B14F392" w:rsidR="008911CD" w:rsidRPr="008911CD" w:rsidRDefault="008911CD" w:rsidP="008911CD">
            <w:pPr>
              <w:jc w:val="center"/>
            </w:pPr>
          </w:p>
        </w:tc>
      </w:tr>
      <w:tr w:rsidR="008911CD" w:rsidRPr="008911CD" w14:paraId="6AB1E320" w14:textId="77777777" w:rsidTr="008911CD">
        <w:trPr>
          <w:trHeight w:val="737"/>
          <w:jc w:val="center"/>
        </w:trPr>
        <w:tc>
          <w:tcPr>
            <w:tcW w:w="0" w:type="auto"/>
            <w:shd w:val="clear" w:color="auto" w:fill="DDD9C3" w:themeFill="background2" w:themeFillShade="E6"/>
            <w:vAlign w:val="center"/>
            <w:hideMark/>
          </w:tcPr>
          <w:p w14:paraId="2AFCC4F1" w14:textId="77777777" w:rsidR="008911CD" w:rsidRPr="008911CD" w:rsidRDefault="008911CD" w:rsidP="008911CD">
            <w:pPr>
              <w:jc w:val="center"/>
            </w:pPr>
            <w:r w:rsidRPr="008911CD">
              <w:rPr>
                <w:rtl/>
              </w:rPr>
              <w:t>الثالث الابتدائي</w:t>
            </w:r>
          </w:p>
        </w:tc>
        <w:tc>
          <w:tcPr>
            <w:tcW w:w="0" w:type="auto"/>
            <w:shd w:val="clear" w:color="auto" w:fill="DDD9C3" w:themeFill="background2" w:themeFillShade="E6"/>
            <w:vAlign w:val="center"/>
            <w:hideMark/>
          </w:tcPr>
          <w:p w14:paraId="3E1C0C85" w14:textId="77777777" w:rsidR="008911CD" w:rsidRPr="008911CD" w:rsidRDefault="008911CD" w:rsidP="008911CD">
            <w:pPr>
              <w:jc w:val="center"/>
            </w:pPr>
            <w:r w:rsidRPr="008911CD">
              <w:rPr>
                <w:rtl/>
              </w:rPr>
              <w:t>الرياضيات</w:t>
            </w:r>
          </w:p>
        </w:tc>
        <w:tc>
          <w:tcPr>
            <w:tcW w:w="0" w:type="auto"/>
            <w:vAlign w:val="center"/>
          </w:tcPr>
          <w:p w14:paraId="55192248" w14:textId="0EF1E96E" w:rsidR="008911CD" w:rsidRPr="008911CD" w:rsidRDefault="008911CD" w:rsidP="008911CD">
            <w:pPr>
              <w:jc w:val="center"/>
            </w:pPr>
          </w:p>
        </w:tc>
        <w:tc>
          <w:tcPr>
            <w:tcW w:w="0" w:type="auto"/>
            <w:vAlign w:val="center"/>
          </w:tcPr>
          <w:p w14:paraId="40450770" w14:textId="5CF71BCA" w:rsidR="008911CD" w:rsidRPr="008911CD" w:rsidRDefault="008911CD" w:rsidP="008911CD">
            <w:pPr>
              <w:jc w:val="center"/>
            </w:pPr>
          </w:p>
        </w:tc>
        <w:tc>
          <w:tcPr>
            <w:tcW w:w="0" w:type="auto"/>
            <w:vAlign w:val="center"/>
          </w:tcPr>
          <w:p w14:paraId="333B2104" w14:textId="77BE5CB2" w:rsidR="008911CD" w:rsidRPr="008911CD" w:rsidRDefault="008911CD" w:rsidP="008911CD">
            <w:pPr>
              <w:jc w:val="center"/>
            </w:pPr>
          </w:p>
        </w:tc>
        <w:tc>
          <w:tcPr>
            <w:tcW w:w="0" w:type="auto"/>
            <w:vAlign w:val="center"/>
          </w:tcPr>
          <w:p w14:paraId="7E6E5B4F" w14:textId="61C7BA91" w:rsidR="008911CD" w:rsidRPr="008911CD" w:rsidRDefault="008911CD" w:rsidP="008911CD">
            <w:pPr>
              <w:jc w:val="center"/>
            </w:pPr>
          </w:p>
        </w:tc>
      </w:tr>
      <w:tr w:rsidR="008911CD" w:rsidRPr="008911CD" w14:paraId="0FDFD483" w14:textId="77777777" w:rsidTr="008911CD">
        <w:trPr>
          <w:trHeight w:val="737"/>
          <w:jc w:val="center"/>
        </w:trPr>
        <w:tc>
          <w:tcPr>
            <w:tcW w:w="0" w:type="auto"/>
            <w:shd w:val="clear" w:color="auto" w:fill="DDD9C3" w:themeFill="background2" w:themeFillShade="E6"/>
            <w:vAlign w:val="center"/>
            <w:hideMark/>
          </w:tcPr>
          <w:p w14:paraId="45634586" w14:textId="77777777" w:rsidR="008911CD" w:rsidRPr="008911CD" w:rsidRDefault="008911CD" w:rsidP="008911CD">
            <w:pPr>
              <w:jc w:val="center"/>
            </w:pPr>
            <w:r w:rsidRPr="008911CD">
              <w:rPr>
                <w:rtl/>
              </w:rPr>
              <w:t>السادس الابتدائي</w:t>
            </w:r>
          </w:p>
        </w:tc>
        <w:tc>
          <w:tcPr>
            <w:tcW w:w="0" w:type="auto"/>
            <w:shd w:val="clear" w:color="auto" w:fill="DDD9C3" w:themeFill="background2" w:themeFillShade="E6"/>
            <w:vAlign w:val="center"/>
            <w:hideMark/>
          </w:tcPr>
          <w:p w14:paraId="0C6F0C09" w14:textId="77777777" w:rsidR="008911CD" w:rsidRPr="008911CD" w:rsidRDefault="008911CD" w:rsidP="008911CD">
            <w:pPr>
              <w:jc w:val="center"/>
            </w:pPr>
            <w:r w:rsidRPr="008911CD">
              <w:rPr>
                <w:rtl/>
              </w:rPr>
              <w:t>القراءة</w:t>
            </w:r>
          </w:p>
        </w:tc>
        <w:tc>
          <w:tcPr>
            <w:tcW w:w="0" w:type="auto"/>
            <w:vAlign w:val="center"/>
          </w:tcPr>
          <w:p w14:paraId="1B2D6D65" w14:textId="3E1DC290" w:rsidR="008911CD" w:rsidRPr="008911CD" w:rsidRDefault="008911CD" w:rsidP="008911CD">
            <w:pPr>
              <w:jc w:val="center"/>
            </w:pPr>
          </w:p>
        </w:tc>
        <w:tc>
          <w:tcPr>
            <w:tcW w:w="0" w:type="auto"/>
            <w:vAlign w:val="center"/>
          </w:tcPr>
          <w:p w14:paraId="38CA710B" w14:textId="54EA5DCF" w:rsidR="008911CD" w:rsidRPr="008911CD" w:rsidRDefault="008911CD" w:rsidP="008911CD">
            <w:pPr>
              <w:jc w:val="center"/>
            </w:pPr>
          </w:p>
        </w:tc>
        <w:tc>
          <w:tcPr>
            <w:tcW w:w="0" w:type="auto"/>
            <w:vAlign w:val="center"/>
          </w:tcPr>
          <w:p w14:paraId="495F730F" w14:textId="7695339F" w:rsidR="008911CD" w:rsidRPr="008911CD" w:rsidRDefault="008911CD" w:rsidP="008911CD">
            <w:pPr>
              <w:jc w:val="center"/>
            </w:pPr>
          </w:p>
        </w:tc>
        <w:tc>
          <w:tcPr>
            <w:tcW w:w="0" w:type="auto"/>
            <w:vAlign w:val="center"/>
          </w:tcPr>
          <w:p w14:paraId="6DCDEBE6" w14:textId="15138B9F" w:rsidR="008911CD" w:rsidRPr="008911CD" w:rsidRDefault="008911CD" w:rsidP="008911CD">
            <w:pPr>
              <w:jc w:val="center"/>
            </w:pPr>
          </w:p>
        </w:tc>
      </w:tr>
      <w:tr w:rsidR="008911CD" w:rsidRPr="008911CD" w14:paraId="5CD125C8" w14:textId="77777777" w:rsidTr="008911CD">
        <w:trPr>
          <w:trHeight w:val="737"/>
          <w:jc w:val="center"/>
        </w:trPr>
        <w:tc>
          <w:tcPr>
            <w:tcW w:w="0" w:type="auto"/>
            <w:shd w:val="clear" w:color="auto" w:fill="DDD9C3" w:themeFill="background2" w:themeFillShade="E6"/>
            <w:vAlign w:val="center"/>
            <w:hideMark/>
          </w:tcPr>
          <w:p w14:paraId="18E8661B" w14:textId="77777777" w:rsidR="008911CD" w:rsidRPr="008911CD" w:rsidRDefault="008911CD" w:rsidP="008911CD">
            <w:pPr>
              <w:jc w:val="center"/>
            </w:pPr>
            <w:r w:rsidRPr="008911CD">
              <w:rPr>
                <w:rtl/>
              </w:rPr>
              <w:t>السادس الابتدائي</w:t>
            </w:r>
          </w:p>
        </w:tc>
        <w:tc>
          <w:tcPr>
            <w:tcW w:w="0" w:type="auto"/>
            <w:shd w:val="clear" w:color="auto" w:fill="DDD9C3" w:themeFill="background2" w:themeFillShade="E6"/>
            <w:vAlign w:val="center"/>
            <w:hideMark/>
          </w:tcPr>
          <w:p w14:paraId="26A1DC59" w14:textId="77777777" w:rsidR="008911CD" w:rsidRPr="008911CD" w:rsidRDefault="008911CD" w:rsidP="008911CD">
            <w:pPr>
              <w:jc w:val="center"/>
            </w:pPr>
            <w:r w:rsidRPr="008911CD">
              <w:rPr>
                <w:rtl/>
              </w:rPr>
              <w:t>الرياضيات</w:t>
            </w:r>
          </w:p>
        </w:tc>
        <w:tc>
          <w:tcPr>
            <w:tcW w:w="0" w:type="auto"/>
            <w:vAlign w:val="center"/>
          </w:tcPr>
          <w:p w14:paraId="2A8F0133" w14:textId="65D0557C" w:rsidR="008911CD" w:rsidRPr="008911CD" w:rsidRDefault="008911CD" w:rsidP="008911CD">
            <w:pPr>
              <w:jc w:val="center"/>
            </w:pPr>
          </w:p>
        </w:tc>
        <w:tc>
          <w:tcPr>
            <w:tcW w:w="0" w:type="auto"/>
            <w:vAlign w:val="center"/>
          </w:tcPr>
          <w:p w14:paraId="4B2DC437" w14:textId="3FCE3B93" w:rsidR="008911CD" w:rsidRPr="008911CD" w:rsidRDefault="008911CD" w:rsidP="008911CD">
            <w:pPr>
              <w:jc w:val="center"/>
            </w:pPr>
          </w:p>
        </w:tc>
        <w:tc>
          <w:tcPr>
            <w:tcW w:w="0" w:type="auto"/>
            <w:vAlign w:val="center"/>
          </w:tcPr>
          <w:p w14:paraId="35CD3EC8" w14:textId="0F014C06" w:rsidR="008911CD" w:rsidRPr="008911CD" w:rsidRDefault="008911CD" w:rsidP="008911CD">
            <w:pPr>
              <w:jc w:val="center"/>
            </w:pPr>
          </w:p>
        </w:tc>
        <w:tc>
          <w:tcPr>
            <w:tcW w:w="0" w:type="auto"/>
            <w:vAlign w:val="center"/>
          </w:tcPr>
          <w:p w14:paraId="1DEE5F77" w14:textId="5B0CAC62" w:rsidR="008911CD" w:rsidRPr="008911CD" w:rsidRDefault="008911CD" w:rsidP="008911CD">
            <w:pPr>
              <w:jc w:val="center"/>
            </w:pPr>
          </w:p>
        </w:tc>
      </w:tr>
      <w:tr w:rsidR="008911CD" w:rsidRPr="008911CD" w14:paraId="5A820F7E" w14:textId="77777777" w:rsidTr="008911CD">
        <w:trPr>
          <w:trHeight w:val="737"/>
          <w:jc w:val="center"/>
        </w:trPr>
        <w:tc>
          <w:tcPr>
            <w:tcW w:w="0" w:type="auto"/>
            <w:shd w:val="clear" w:color="auto" w:fill="DDD9C3" w:themeFill="background2" w:themeFillShade="E6"/>
            <w:vAlign w:val="center"/>
            <w:hideMark/>
          </w:tcPr>
          <w:p w14:paraId="5EA3436B" w14:textId="77777777" w:rsidR="008911CD" w:rsidRPr="008911CD" w:rsidRDefault="008911CD" w:rsidP="008911CD">
            <w:pPr>
              <w:jc w:val="center"/>
            </w:pPr>
            <w:r w:rsidRPr="008911CD">
              <w:rPr>
                <w:rtl/>
              </w:rPr>
              <w:t>السادس الابتدائي</w:t>
            </w:r>
          </w:p>
        </w:tc>
        <w:tc>
          <w:tcPr>
            <w:tcW w:w="0" w:type="auto"/>
            <w:shd w:val="clear" w:color="auto" w:fill="DDD9C3" w:themeFill="background2" w:themeFillShade="E6"/>
            <w:vAlign w:val="center"/>
            <w:hideMark/>
          </w:tcPr>
          <w:p w14:paraId="385E50F0" w14:textId="77777777" w:rsidR="008911CD" w:rsidRPr="008911CD" w:rsidRDefault="008911CD" w:rsidP="008911CD">
            <w:pPr>
              <w:jc w:val="center"/>
            </w:pPr>
            <w:r w:rsidRPr="008911CD">
              <w:rPr>
                <w:rtl/>
              </w:rPr>
              <w:t>العلوم</w:t>
            </w:r>
          </w:p>
        </w:tc>
        <w:tc>
          <w:tcPr>
            <w:tcW w:w="0" w:type="auto"/>
            <w:vAlign w:val="center"/>
          </w:tcPr>
          <w:p w14:paraId="1553E4B3" w14:textId="5669A725" w:rsidR="008911CD" w:rsidRPr="008911CD" w:rsidRDefault="008911CD" w:rsidP="008911CD">
            <w:pPr>
              <w:jc w:val="center"/>
            </w:pPr>
          </w:p>
        </w:tc>
        <w:tc>
          <w:tcPr>
            <w:tcW w:w="0" w:type="auto"/>
            <w:vAlign w:val="center"/>
          </w:tcPr>
          <w:p w14:paraId="4E7974E1" w14:textId="03E72B02" w:rsidR="008911CD" w:rsidRPr="008911CD" w:rsidRDefault="008911CD" w:rsidP="008911CD">
            <w:pPr>
              <w:jc w:val="center"/>
            </w:pPr>
          </w:p>
        </w:tc>
        <w:tc>
          <w:tcPr>
            <w:tcW w:w="0" w:type="auto"/>
            <w:vAlign w:val="center"/>
          </w:tcPr>
          <w:p w14:paraId="2485AB04" w14:textId="4D2447E6" w:rsidR="008911CD" w:rsidRPr="008911CD" w:rsidRDefault="008911CD" w:rsidP="008911CD">
            <w:pPr>
              <w:jc w:val="center"/>
            </w:pPr>
          </w:p>
        </w:tc>
        <w:tc>
          <w:tcPr>
            <w:tcW w:w="0" w:type="auto"/>
            <w:vAlign w:val="center"/>
          </w:tcPr>
          <w:p w14:paraId="36FE72AC" w14:textId="6916BFF2" w:rsidR="008911CD" w:rsidRPr="008911CD" w:rsidRDefault="008911CD" w:rsidP="008911CD">
            <w:pPr>
              <w:jc w:val="center"/>
            </w:pPr>
          </w:p>
        </w:tc>
      </w:tr>
      <w:tr w:rsidR="008911CD" w:rsidRPr="008911CD" w14:paraId="0916F901" w14:textId="77777777" w:rsidTr="008911CD">
        <w:trPr>
          <w:trHeight w:val="737"/>
          <w:jc w:val="center"/>
        </w:trPr>
        <w:tc>
          <w:tcPr>
            <w:tcW w:w="0" w:type="auto"/>
            <w:shd w:val="clear" w:color="auto" w:fill="DDD9C3" w:themeFill="background2" w:themeFillShade="E6"/>
            <w:vAlign w:val="center"/>
            <w:hideMark/>
          </w:tcPr>
          <w:p w14:paraId="4A993AE6" w14:textId="77777777" w:rsidR="008911CD" w:rsidRPr="008911CD" w:rsidRDefault="008911CD" w:rsidP="008911CD">
            <w:pPr>
              <w:jc w:val="center"/>
            </w:pPr>
            <w:r w:rsidRPr="008911CD">
              <w:rPr>
                <w:rtl/>
              </w:rPr>
              <w:t>الثالث المتوسط</w:t>
            </w:r>
          </w:p>
        </w:tc>
        <w:tc>
          <w:tcPr>
            <w:tcW w:w="0" w:type="auto"/>
            <w:shd w:val="clear" w:color="auto" w:fill="DDD9C3" w:themeFill="background2" w:themeFillShade="E6"/>
            <w:vAlign w:val="center"/>
            <w:hideMark/>
          </w:tcPr>
          <w:p w14:paraId="7375797F" w14:textId="77777777" w:rsidR="008911CD" w:rsidRPr="008911CD" w:rsidRDefault="008911CD" w:rsidP="008911CD">
            <w:pPr>
              <w:jc w:val="center"/>
            </w:pPr>
            <w:r w:rsidRPr="008911CD">
              <w:rPr>
                <w:rtl/>
              </w:rPr>
              <w:t>القراءة</w:t>
            </w:r>
          </w:p>
        </w:tc>
        <w:tc>
          <w:tcPr>
            <w:tcW w:w="0" w:type="auto"/>
            <w:vAlign w:val="center"/>
          </w:tcPr>
          <w:p w14:paraId="7CC2E535" w14:textId="4AB66144" w:rsidR="008911CD" w:rsidRPr="008911CD" w:rsidRDefault="008911CD" w:rsidP="008911CD">
            <w:pPr>
              <w:jc w:val="center"/>
            </w:pPr>
          </w:p>
        </w:tc>
        <w:tc>
          <w:tcPr>
            <w:tcW w:w="0" w:type="auto"/>
            <w:vAlign w:val="center"/>
          </w:tcPr>
          <w:p w14:paraId="5BE02DFE" w14:textId="10132D1D" w:rsidR="008911CD" w:rsidRPr="008911CD" w:rsidRDefault="008911CD" w:rsidP="008911CD">
            <w:pPr>
              <w:jc w:val="center"/>
            </w:pPr>
          </w:p>
        </w:tc>
        <w:tc>
          <w:tcPr>
            <w:tcW w:w="0" w:type="auto"/>
            <w:vAlign w:val="center"/>
          </w:tcPr>
          <w:p w14:paraId="42516056" w14:textId="1E3FC91D" w:rsidR="008911CD" w:rsidRPr="008911CD" w:rsidRDefault="008911CD" w:rsidP="008911CD">
            <w:pPr>
              <w:jc w:val="center"/>
            </w:pPr>
          </w:p>
        </w:tc>
        <w:tc>
          <w:tcPr>
            <w:tcW w:w="0" w:type="auto"/>
            <w:vAlign w:val="center"/>
          </w:tcPr>
          <w:p w14:paraId="46E98EC5" w14:textId="2E3E11DB" w:rsidR="008911CD" w:rsidRPr="008911CD" w:rsidRDefault="008911CD" w:rsidP="008911CD">
            <w:pPr>
              <w:jc w:val="center"/>
            </w:pPr>
          </w:p>
        </w:tc>
      </w:tr>
      <w:tr w:rsidR="008911CD" w:rsidRPr="008911CD" w14:paraId="1D7DD353" w14:textId="77777777" w:rsidTr="008911CD">
        <w:trPr>
          <w:trHeight w:val="737"/>
          <w:jc w:val="center"/>
        </w:trPr>
        <w:tc>
          <w:tcPr>
            <w:tcW w:w="0" w:type="auto"/>
            <w:shd w:val="clear" w:color="auto" w:fill="DDD9C3" w:themeFill="background2" w:themeFillShade="E6"/>
            <w:vAlign w:val="center"/>
            <w:hideMark/>
          </w:tcPr>
          <w:p w14:paraId="515B623F" w14:textId="77777777" w:rsidR="008911CD" w:rsidRPr="008911CD" w:rsidRDefault="008911CD" w:rsidP="008911CD">
            <w:pPr>
              <w:jc w:val="center"/>
            </w:pPr>
            <w:r w:rsidRPr="008911CD">
              <w:rPr>
                <w:rtl/>
              </w:rPr>
              <w:t>الثالث المتوسط</w:t>
            </w:r>
          </w:p>
        </w:tc>
        <w:tc>
          <w:tcPr>
            <w:tcW w:w="0" w:type="auto"/>
            <w:shd w:val="clear" w:color="auto" w:fill="DDD9C3" w:themeFill="background2" w:themeFillShade="E6"/>
            <w:vAlign w:val="center"/>
            <w:hideMark/>
          </w:tcPr>
          <w:p w14:paraId="39D4DE48" w14:textId="77777777" w:rsidR="008911CD" w:rsidRPr="008911CD" w:rsidRDefault="008911CD" w:rsidP="008911CD">
            <w:pPr>
              <w:jc w:val="center"/>
            </w:pPr>
            <w:r w:rsidRPr="008911CD">
              <w:rPr>
                <w:rtl/>
              </w:rPr>
              <w:t>الرياضيات</w:t>
            </w:r>
          </w:p>
        </w:tc>
        <w:tc>
          <w:tcPr>
            <w:tcW w:w="0" w:type="auto"/>
            <w:vAlign w:val="center"/>
          </w:tcPr>
          <w:p w14:paraId="3660505D" w14:textId="2056EAB3" w:rsidR="008911CD" w:rsidRPr="008911CD" w:rsidRDefault="008911CD" w:rsidP="008911CD">
            <w:pPr>
              <w:jc w:val="center"/>
            </w:pPr>
          </w:p>
        </w:tc>
        <w:tc>
          <w:tcPr>
            <w:tcW w:w="0" w:type="auto"/>
            <w:vAlign w:val="center"/>
          </w:tcPr>
          <w:p w14:paraId="27F7E251" w14:textId="0B38E286" w:rsidR="008911CD" w:rsidRPr="008911CD" w:rsidRDefault="008911CD" w:rsidP="008911CD">
            <w:pPr>
              <w:jc w:val="center"/>
            </w:pPr>
          </w:p>
        </w:tc>
        <w:tc>
          <w:tcPr>
            <w:tcW w:w="0" w:type="auto"/>
            <w:vAlign w:val="center"/>
          </w:tcPr>
          <w:p w14:paraId="6BB211CB" w14:textId="0A1964B3" w:rsidR="008911CD" w:rsidRPr="008911CD" w:rsidRDefault="008911CD" w:rsidP="008911CD">
            <w:pPr>
              <w:jc w:val="center"/>
            </w:pPr>
          </w:p>
        </w:tc>
        <w:tc>
          <w:tcPr>
            <w:tcW w:w="0" w:type="auto"/>
            <w:vAlign w:val="center"/>
          </w:tcPr>
          <w:p w14:paraId="296186D1" w14:textId="51BE3C3A" w:rsidR="008911CD" w:rsidRPr="008911CD" w:rsidRDefault="008911CD" w:rsidP="008911CD">
            <w:pPr>
              <w:jc w:val="center"/>
            </w:pPr>
          </w:p>
        </w:tc>
      </w:tr>
      <w:tr w:rsidR="008911CD" w:rsidRPr="008911CD" w14:paraId="30D34678" w14:textId="77777777" w:rsidTr="008911CD">
        <w:trPr>
          <w:trHeight w:val="737"/>
          <w:jc w:val="center"/>
        </w:trPr>
        <w:tc>
          <w:tcPr>
            <w:tcW w:w="0" w:type="auto"/>
            <w:shd w:val="clear" w:color="auto" w:fill="DDD9C3" w:themeFill="background2" w:themeFillShade="E6"/>
            <w:vAlign w:val="center"/>
            <w:hideMark/>
          </w:tcPr>
          <w:p w14:paraId="7F20D0FE" w14:textId="77777777" w:rsidR="008911CD" w:rsidRPr="008911CD" w:rsidRDefault="008911CD" w:rsidP="008911CD">
            <w:pPr>
              <w:jc w:val="center"/>
            </w:pPr>
            <w:r w:rsidRPr="008911CD">
              <w:rPr>
                <w:rtl/>
              </w:rPr>
              <w:t>الثالث المتوسط</w:t>
            </w:r>
          </w:p>
        </w:tc>
        <w:tc>
          <w:tcPr>
            <w:tcW w:w="0" w:type="auto"/>
            <w:shd w:val="clear" w:color="auto" w:fill="DDD9C3" w:themeFill="background2" w:themeFillShade="E6"/>
            <w:vAlign w:val="center"/>
            <w:hideMark/>
          </w:tcPr>
          <w:p w14:paraId="28FEA92B" w14:textId="77777777" w:rsidR="008911CD" w:rsidRPr="008911CD" w:rsidRDefault="008911CD" w:rsidP="008911CD">
            <w:pPr>
              <w:jc w:val="center"/>
            </w:pPr>
            <w:r w:rsidRPr="008911CD">
              <w:rPr>
                <w:rtl/>
              </w:rPr>
              <w:t>العلوم</w:t>
            </w:r>
          </w:p>
        </w:tc>
        <w:tc>
          <w:tcPr>
            <w:tcW w:w="0" w:type="auto"/>
            <w:vAlign w:val="center"/>
          </w:tcPr>
          <w:p w14:paraId="4CACAB11" w14:textId="08E0F193" w:rsidR="008911CD" w:rsidRPr="008911CD" w:rsidRDefault="008911CD" w:rsidP="008911CD">
            <w:pPr>
              <w:jc w:val="center"/>
            </w:pPr>
          </w:p>
        </w:tc>
        <w:tc>
          <w:tcPr>
            <w:tcW w:w="0" w:type="auto"/>
            <w:vAlign w:val="center"/>
          </w:tcPr>
          <w:p w14:paraId="172B79DA" w14:textId="17829D80" w:rsidR="008911CD" w:rsidRPr="008911CD" w:rsidRDefault="008911CD" w:rsidP="008911CD">
            <w:pPr>
              <w:jc w:val="center"/>
            </w:pPr>
          </w:p>
        </w:tc>
        <w:tc>
          <w:tcPr>
            <w:tcW w:w="0" w:type="auto"/>
            <w:vAlign w:val="center"/>
          </w:tcPr>
          <w:p w14:paraId="79EE6F64" w14:textId="7E36CDD0" w:rsidR="008911CD" w:rsidRPr="008911CD" w:rsidRDefault="008911CD" w:rsidP="008911CD">
            <w:pPr>
              <w:jc w:val="center"/>
            </w:pPr>
          </w:p>
        </w:tc>
        <w:tc>
          <w:tcPr>
            <w:tcW w:w="0" w:type="auto"/>
            <w:vAlign w:val="center"/>
          </w:tcPr>
          <w:p w14:paraId="4B344F4E" w14:textId="574DD294" w:rsidR="008911CD" w:rsidRPr="008911CD" w:rsidRDefault="008911CD" w:rsidP="008911CD">
            <w:pPr>
              <w:jc w:val="center"/>
            </w:pPr>
          </w:p>
        </w:tc>
      </w:tr>
    </w:tbl>
    <w:p w14:paraId="15ACADF4" w14:textId="103E0F86" w:rsidR="008911CD" w:rsidRDefault="003F0EB7" w:rsidP="006A7878">
      <w:pPr>
        <w:jc w:val="right"/>
        <w:rPr>
          <w:rtl/>
        </w:rPr>
        <w:sectPr w:rsidR="008911CD">
          <w:pgSz w:w="12240" w:h="15840"/>
          <w:pgMar w:top="652" w:right="652" w:bottom="652" w:left="652" w:header="720" w:footer="720" w:gutter="0"/>
          <w:cols w:space="720"/>
          <w:docGrid w:linePitch="360"/>
        </w:sectPr>
      </w:pPr>
      <w:r>
        <w:rPr>
          <w:rFonts w:cs="Khalid Art bold" w:hint="cs"/>
          <w:noProof/>
          <w:color w:val="008080"/>
          <w:sz w:val="20"/>
          <w:szCs w:val="24"/>
          <w:rtl/>
          <w:lang w:val="ar-SA"/>
        </w:rPr>
        <mc:AlternateContent>
          <mc:Choice Requires="wps">
            <w:drawing>
              <wp:anchor distT="0" distB="0" distL="114300" distR="114300" simplePos="0" relativeHeight="251665408" behindDoc="0" locked="0" layoutInCell="1" allowOverlap="1" wp14:anchorId="6797E7EC" wp14:editId="6642B74F">
                <wp:simplePos x="0" y="0"/>
                <wp:positionH relativeFrom="column">
                  <wp:posOffset>224155</wp:posOffset>
                </wp:positionH>
                <wp:positionV relativeFrom="paragraph">
                  <wp:posOffset>209550</wp:posOffset>
                </wp:positionV>
                <wp:extent cx="1272540" cy="327660"/>
                <wp:effectExtent l="0" t="0" r="0" b="0"/>
                <wp:wrapNone/>
                <wp:docPr id="491786606" name="مربع نص 1"/>
                <wp:cNvGraphicFramePr/>
                <a:graphic xmlns:a="http://schemas.openxmlformats.org/drawingml/2006/main">
                  <a:graphicData uri="http://schemas.microsoft.com/office/word/2010/wordprocessingShape">
                    <wps:wsp>
                      <wps:cNvSpPr txBox="1"/>
                      <wps:spPr>
                        <a:xfrm>
                          <a:off x="0" y="0"/>
                          <a:ext cx="1272540" cy="327660"/>
                        </a:xfrm>
                        <a:prstGeom prst="rect">
                          <a:avLst/>
                        </a:prstGeom>
                        <a:noFill/>
                        <a:ln w="6350">
                          <a:noFill/>
                        </a:ln>
                      </wps:spPr>
                      <wps:txbx>
                        <w:txbxContent>
                          <w:p w14:paraId="331A814C" w14:textId="77777777" w:rsidR="003F0EB7" w:rsidRDefault="003F0EB7" w:rsidP="003F0EB7">
                            <w:pPr>
                              <w:rPr>
                                <w:rtl/>
                              </w:rPr>
                            </w:pPr>
                            <w:r>
                              <w:rPr>
                                <w:rFonts w:hint="cs"/>
                                <w:rtl/>
                              </w:rPr>
                              <w:t>إعداد: أ. أحمد بن عبدالله</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7E7EC" id="_x0000_s1029" type="#_x0000_t202" style="position:absolute;left:0;text-align:left;margin-left:17.65pt;margin-top:16.5pt;width:100.2pt;height:2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" filled="f" stroked="f" strokeweight=".5pt">
                <v:textbox>
                  <w:txbxContent>
                    <w:p w14:paraId="331A814C" w14:textId="77777777" w:rsidR="003F0EB7" w:rsidRDefault="003F0EB7" w:rsidP="003F0EB7">
                      <w:pPr>
                        <w:rPr>
                          <w:rtl/>
                        </w:rPr>
                      </w:pPr>
                      <w:r>
                        <w:rPr>
                          <w:rFonts w:hint="cs"/>
                          <w:rtl/>
                        </w:rPr>
                        <w:t>إعداد: أ. أحمد بن عبدالله</w:t>
                      </w:r>
                    </w:p>
                  </w:txbxContent>
                </v:textbox>
              </v:shape>
            </w:pict>
          </mc:Fallback>
        </mc:AlternateContent>
      </w:r>
    </w:p>
    <w:p w14:paraId="1C9A2EE0" w14:textId="6DDB4B5B" w:rsidR="00F166F5" w:rsidRPr="00697322" w:rsidRDefault="008911CD" w:rsidP="00697322">
      <w:pPr>
        <w:shd w:val="clear" w:color="auto" w:fill="008080"/>
        <w:bidi/>
        <w:rPr>
          <w:rFonts w:cs="PT Bold Heading"/>
          <w:color w:val="FFFFFF" w:themeColor="background1"/>
          <w:sz w:val="20"/>
          <w:szCs w:val="24"/>
        </w:rPr>
      </w:pPr>
      <w:r>
        <w:rPr>
          <w:rFonts w:cs="PT Bold Heading" w:hint="cs"/>
          <w:color w:val="FFFFFF" w:themeColor="background1"/>
          <w:sz w:val="20"/>
          <w:szCs w:val="24"/>
          <w:rtl/>
        </w:rPr>
        <w:lastRenderedPageBreak/>
        <w:t>خامساً</w:t>
      </w:r>
      <w:r w:rsidR="00022476" w:rsidRPr="00697322">
        <w:rPr>
          <w:rFonts w:cs="PT Bold Heading"/>
          <w:color w:val="FFFFFF" w:themeColor="background1"/>
          <w:sz w:val="20"/>
          <w:szCs w:val="24"/>
          <w:rtl/>
        </w:rPr>
        <w:t>: خطة تحسين نواتج تعلم نافس - معلمو المواد المستهدفة</w:t>
      </w:r>
    </w:p>
    <w:tbl>
      <w:tblPr>
        <w:tblStyle w:val="afa"/>
        <w:bidiVisual/>
        <w:tblW w:w="0" w:type="auto"/>
        <w:tblLook w:val="04A0" w:firstRow="1" w:lastRow="0" w:firstColumn="1" w:lastColumn="0" w:noHBand="0" w:noVBand="1"/>
      </w:tblPr>
      <w:tblGrid>
        <w:gridCol w:w="537"/>
        <w:gridCol w:w="4325"/>
        <w:gridCol w:w="2430"/>
        <w:gridCol w:w="2430"/>
        <w:gridCol w:w="2430"/>
        <w:gridCol w:w="2430"/>
      </w:tblGrid>
      <w:tr w:rsidR="00F166F5" w:rsidRPr="00697322" w14:paraId="1F6039EC" w14:textId="77777777" w:rsidTr="003F0EB7">
        <w:trPr>
          <w:trHeight w:val="1134"/>
        </w:trPr>
        <w:tc>
          <w:tcPr>
            <w:tcW w:w="537" w:type="dxa"/>
            <w:shd w:val="clear" w:color="auto" w:fill="DDD9C3" w:themeFill="background2" w:themeFillShade="E6"/>
            <w:vAlign w:val="center"/>
          </w:tcPr>
          <w:p w14:paraId="62051AEB" w14:textId="77777777" w:rsidR="00F166F5" w:rsidRPr="00697322" w:rsidRDefault="00022476" w:rsidP="00697322">
            <w:pPr>
              <w:jc w:val="center"/>
            </w:pPr>
            <w:r w:rsidRPr="00697322">
              <w:rPr>
                <w:rtl/>
              </w:rPr>
              <w:t>م</w:t>
            </w:r>
          </w:p>
        </w:tc>
        <w:tc>
          <w:tcPr>
            <w:tcW w:w="4325" w:type="dxa"/>
            <w:shd w:val="clear" w:color="auto" w:fill="DDD9C3" w:themeFill="background2" w:themeFillShade="E6"/>
            <w:vAlign w:val="center"/>
          </w:tcPr>
          <w:p w14:paraId="78E69783" w14:textId="77777777" w:rsidR="00F166F5" w:rsidRPr="00697322" w:rsidRDefault="00022476" w:rsidP="00697322">
            <w:pPr>
              <w:jc w:val="center"/>
            </w:pPr>
            <w:r w:rsidRPr="00697322">
              <w:rPr>
                <w:rtl/>
              </w:rPr>
              <w:t>إجراءات التنفيذ</w:t>
            </w:r>
          </w:p>
        </w:tc>
        <w:tc>
          <w:tcPr>
            <w:tcW w:w="2430" w:type="dxa"/>
            <w:shd w:val="clear" w:color="auto" w:fill="DDD9C3" w:themeFill="background2" w:themeFillShade="E6"/>
            <w:vAlign w:val="center"/>
          </w:tcPr>
          <w:p w14:paraId="414F7D3E" w14:textId="77777777" w:rsidR="00F166F5" w:rsidRPr="00697322" w:rsidRDefault="00022476" w:rsidP="00697322">
            <w:pPr>
              <w:jc w:val="center"/>
            </w:pPr>
            <w:r w:rsidRPr="00697322">
              <w:rPr>
                <w:rtl/>
              </w:rPr>
              <w:t>مسؤولية التنفيذ</w:t>
            </w:r>
          </w:p>
        </w:tc>
        <w:tc>
          <w:tcPr>
            <w:tcW w:w="2430" w:type="dxa"/>
            <w:shd w:val="clear" w:color="auto" w:fill="DDD9C3" w:themeFill="background2" w:themeFillShade="E6"/>
            <w:vAlign w:val="center"/>
          </w:tcPr>
          <w:p w14:paraId="218488B8" w14:textId="77777777" w:rsidR="00F166F5" w:rsidRPr="00697322" w:rsidRDefault="00022476" w:rsidP="00697322">
            <w:pPr>
              <w:jc w:val="center"/>
            </w:pPr>
            <w:r w:rsidRPr="00697322">
              <w:rPr>
                <w:rtl/>
              </w:rPr>
              <w:t>المتابعة</w:t>
            </w:r>
          </w:p>
        </w:tc>
        <w:tc>
          <w:tcPr>
            <w:tcW w:w="2430" w:type="dxa"/>
            <w:shd w:val="clear" w:color="auto" w:fill="DDD9C3" w:themeFill="background2" w:themeFillShade="E6"/>
            <w:vAlign w:val="center"/>
          </w:tcPr>
          <w:p w14:paraId="747DC279" w14:textId="77777777" w:rsidR="00F166F5" w:rsidRPr="00697322" w:rsidRDefault="00022476" w:rsidP="00697322">
            <w:pPr>
              <w:jc w:val="center"/>
            </w:pPr>
            <w:r w:rsidRPr="00697322">
              <w:rPr>
                <w:rtl/>
              </w:rPr>
              <w:t>مدة التنفيذ</w:t>
            </w:r>
          </w:p>
        </w:tc>
        <w:tc>
          <w:tcPr>
            <w:tcW w:w="2430" w:type="dxa"/>
            <w:shd w:val="clear" w:color="auto" w:fill="DDD9C3" w:themeFill="background2" w:themeFillShade="E6"/>
            <w:vAlign w:val="center"/>
          </w:tcPr>
          <w:p w14:paraId="179A8EAD" w14:textId="77777777" w:rsidR="00F166F5" w:rsidRPr="00697322" w:rsidRDefault="00022476" w:rsidP="00697322">
            <w:pPr>
              <w:jc w:val="center"/>
            </w:pPr>
            <w:r w:rsidRPr="00697322">
              <w:rPr>
                <w:rtl/>
              </w:rPr>
              <w:t>مؤشر الإنجاز</w:t>
            </w:r>
          </w:p>
        </w:tc>
      </w:tr>
      <w:tr w:rsidR="00F166F5" w:rsidRPr="00697322" w14:paraId="250E6B44" w14:textId="77777777" w:rsidTr="003F0EB7">
        <w:trPr>
          <w:trHeight w:val="1134"/>
        </w:trPr>
        <w:tc>
          <w:tcPr>
            <w:tcW w:w="537" w:type="dxa"/>
            <w:shd w:val="clear" w:color="auto" w:fill="DDD9C3" w:themeFill="background2" w:themeFillShade="E6"/>
            <w:vAlign w:val="center"/>
          </w:tcPr>
          <w:p w14:paraId="499AD99E" w14:textId="77777777" w:rsidR="00F166F5" w:rsidRPr="00697322" w:rsidRDefault="00022476" w:rsidP="00697322">
            <w:pPr>
              <w:jc w:val="center"/>
            </w:pPr>
            <w:r w:rsidRPr="00697322">
              <w:t>1</w:t>
            </w:r>
          </w:p>
        </w:tc>
        <w:tc>
          <w:tcPr>
            <w:tcW w:w="4325" w:type="dxa"/>
            <w:vAlign w:val="center"/>
          </w:tcPr>
          <w:p w14:paraId="549B55CB" w14:textId="77777777" w:rsidR="00F166F5" w:rsidRPr="00697322" w:rsidRDefault="00022476" w:rsidP="00697322">
            <w:pPr>
              <w:jc w:val="right"/>
            </w:pPr>
            <w:r w:rsidRPr="00697322">
              <w:rPr>
                <w:rtl/>
              </w:rPr>
              <w:t>تحليل نتائج بطاقة نافس والقياس التشخيصي وتحديد المهارات ذات الأولوية في كل مادة.</w:t>
            </w:r>
          </w:p>
        </w:tc>
        <w:tc>
          <w:tcPr>
            <w:tcW w:w="2430" w:type="dxa"/>
            <w:vAlign w:val="center"/>
          </w:tcPr>
          <w:p w14:paraId="66372CF4" w14:textId="77777777" w:rsidR="00F166F5" w:rsidRPr="00697322" w:rsidRDefault="00022476" w:rsidP="00697322">
            <w:pPr>
              <w:jc w:val="center"/>
            </w:pPr>
            <w:r w:rsidRPr="00697322">
              <w:rPr>
                <w:rtl/>
              </w:rPr>
              <w:t>معلمو المواد المستهدفة</w:t>
            </w:r>
          </w:p>
        </w:tc>
        <w:tc>
          <w:tcPr>
            <w:tcW w:w="2430" w:type="dxa"/>
            <w:vAlign w:val="center"/>
          </w:tcPr>
          <w:p w14:paraId="6DC46F2B" w14:textId="77777777" w:rsidR="00F166F5" w:rsidRPr="00697322" w:rsidRDefault="00022476" w:rsidP="00697322">
            <w:pPr>
              <w:jc w:val="center"/>
            </w:pPr>
            <w:r w:rsidRPr="00697322">
              <w:rPr>
                <w:rtl/>
              </w:rPr>
              <w:t>وكيل المدرسة للشؤون التعليمية</w:t>
            </w:r>
          </w:p>
        </w:tc>
        <w:tc>
          <w:tcPr>
            <w:tcW w:w="2430" w:type="dxa"/>
            <w:vAlign w:val="center"/>
          </w:tcPr>
          <w:p w14:paraId="23E9BF5B" w14:textId="77777777" w:rsidR="00F166F5" w:rsidRPr="00697322" w:rsidRDefault="00022476" w:rsidP="00697322">
            <w:pPr>
              <w:jc w:val="center"/>
            </w:pPr>
            <w:r w:rsidRPr="00697322">
              <w:rPr>
                <w:rtl/>
              </w:rPr>
              <w:t>بداية الخطة</w:t>
            </w:r>
          </w:p>
        </w:tc>
        <w:tc>
          <w:tcPr>
            <w:tcW w:w="2430" w:type="dxa"/>
            <w:vAlign w:val="center"/>
          </w:tcPr>
          <w:p w14:paraId="595ECDEA" w14:textId="77777777" w:rsidR="00F166F5" w:rsidRPr="00697322" w:rsidRDefault="00022476" w:rsidP="00697322">
            <w:pPr>
              <w:jc w:val="center"/>
            </w:pPr>
            <w:r w:rsidRPr="00697322">
              <w:rPr>
                <w:rtl/>
              </w:rPr>
              <w:t>تحديد المهارات ذات الأولوية لجميع الصفوف المستهدفة.</w:t>
            </w:r>
          </w:p>
        </w:tc>
      </w:tr>
      <w:tr w:rsidR="00F166F5" w:rsidRPr="00697322" w14:paraId="0CD0448B" w14:textId="77777777" w:rsidTr="003F0EB7">
        <w:trPr>
          <w:trHeight w:val="1134"/>
        </w:trPr>
        <w:tc>
          <w:tcPr>
            <w:tcW w:w="537" w:type="dxa"/>
            <w:shd w:val="clear" w:color="auto" w:fill="DDD9C3" w:themeFill="background2" w:themeFillShade="E6"/>
            <w:vAlign w:val="center"/>
          </w:tcPr>
          <w:p w14:paraId="3535E0B4" w14:textId="77777777" w:rsidR="00F166F5" w:rsidRPr="00697322" w:rsidRDefault="00022476" w:rsidP="00697322">
            <w:pPr>
              <w:jc w:val="center"/>
            </w:pPr>
            <w:r w:rsidRPr="00697322">
              <w:t>2</w:t>
            </w:r>
          </w:p>
        </w:tc>
        <w:tc>
          <w:tcPr>
            <w:tcW w:w="4325" w:type="dxa"/>
            <w:vAlign w:val="center"/>
          </w:tcPr>
          <w:p w14:paraId="6EFA1A6D" w14:textId="77777777" w:rsidR="00F166F5" w:rsidRPr="00697322" w:rsidRDefault="00022476" w:rsidP="00697322">
            <w:pPr>
              <w:jc w:val="right"/>
            </w:pPr>
            <w:r w:rsidRPr="00697322">
              <w:rPr>
                <w:rtl/>
              </w:rPr>
              <w:t>تحقيق نواتج التعلم ومستويات الأداء المستهدفة في القراءة والرياضيات والعلوم ضمن مسؤوليات كل معلم.</w:t>
            </w:r>
          </w:p>
        </w:tc>
        <w:tc>
          <w:tcPr>
            <w:tcW w:w="2430" w:type="dxa"/>
            <w:vAlign w:val="center"/>
          </w:tcPr>
          <w:p w14:paraId="0BD4BAEA" w14:textId="77777777" w:rsidR="00F166F5" w:rsidRPr="00697322" w:rsidRDefault="00022476" w:rsidP="00697322">
            <w:pPr>
              <w:jc w:val="center"/>
            </w:pPr>
            <w:r w:rsidRPr="00697322">
              <w:rPr>
                <w:rtl/>
              </w:rPr>
              <w:t>معلمو المواد المستهدفة</w:t>
            </w:r>
          </w:p>
        </w:tc>
        <w:tc>
          <w:tcPr>
            <w:tcW w:w="2430" w:type="dxa"/>
            <w:vAlign w:val="center"/>
          </w:tcPr>
          <w:p w14:paraId="7B136B76" w14:textId="77777777" w:rsidR="00F166F5" w:rsidRPr="00697322" w:rsidRDefault="00022476" w:rsidP="00697322">
            <w:pPr>
              <w:jc w:val="center"/>
            </w:pPr>
            <w:r w:rsidRPr="00697322">
              <w:rPr>
                <w:rtl/>
              </w:rPr>
              <w:t>وكيل المدرسة للشؤون التعليمية</w:t>
            </w:r>
          </w:p>
        </w:tc>
        <w:tc>
          <w:tcPr>
            <w:tcW w:w="2430" w:type="dxa"/>
            <w:vAlign w:val="center"/>
          </w:tcPr>
          <w:p w14:paraId="330E8082" w14:textId="77777777" w:rsidR="00F166F5" w:rsidRPr="00697322" w:rsidRDefault="00022476" w:rsidP="00697322">
            <w:pPr>
              <w:jc w:val="center"/>
            </w:pPr>
            <w:r w:rsidRPr="00697322">
              <w:rPr>
                <w:rtl/>
              </w:rPr>
              <w:t>مستمر</w:t>
            </w:r>
          </w:p>
        </w:tc>
        <w:tc>
          <w:tcPr>
            <w:tcW w:w="2430" w:type="dxa"/>
            <w:vAlign w:val="center"/>
          </w:tcPr>
          <w:p w14:paraId="4E64D1C5" w14:textId="1C654CA2" w:rsidR="00F166F5" w:rsidRPr="00697322" w:rsidRDefault="000E3355" w:rsidP="000E3355">
            <w:pPr>
              <w:bidi/>
              <w:jc w:val="center"/>
            </w:pPr>
            <w:r w:rsidRPr="000E3355">
              <w:rPr>
                <w:rtl/>
              </w:rPr>
              <w:t>تحقق المستهدف التحسيني المحدد لكل مادة ومهارة مقارنة بخط الأساس</w:t>
            </w:r>
            <w:r w:rsidRPr="000E3355">
              <w:t>.</w:t>
            </w:r>
          </w:p>
        </w:tc>
      </w:tr>
      <w:tr w:rsidR="00F166F5" w:rsidRPr="00697322" w14:paraId="4478ED37" w14:textId="77777777" w:rsidTr="003F0EB7">
        <w:trPr>
          <w:trHeight w:val="1134"/>
        </w:trPr>
        <w:tc>
          <w:tcPr>
            <w:tcW w:w="537" w:type="dxa"/>
            <w:shd w:val="clear" w:color="auto" w:fill="DDD9C3" w:themeFill="background2" w:themeFillShade="E6"/>
            <w:vAlign w:val="center"/>
          </w:tcPr>
          <w:p w14:paraId="2CE23109" w14:textId="77777777" w:rsidR="00F166F5" w:rsidRPr="00697322" w:rsidRDefault="00022476" w:rsidP="00697322">
            <w:pPr>
              <w:jc w:val="center"/>
            </w:pPr>
            <w:r w:rsidRPr="00697322">
              <w:t>3</w:t>
            </w:r>
          </w:p>
        </w:tc>
        <w:tc>
          <w:tcPr>
            <w:tcW w:w="4325" w:type="dxa"/>
            <w:vAlign w:val="center"/>
          </w:tcPr>
          <w:p w14:paraId="7C7FE402" w14:textId="77777777" w:rsidR="00F166F5" w:rsidRPr="00697322" w:rsidRDefault="00022476" w:rsidP="00697322">
            <w:pPr>
              <w:jc w:val="right"/>
            </w:pPr>
            <w:r w:rsidRPr="00697322">
              <w:rPr>
                <w:rtl/>
              </w:rPr>
              <w:t>تدريس المهارات باستراتيجيات متنوعة تنمي الفهم والتطبيق والتحليل والاستدلال وحل المشكلات.</w:t>
            </w:r>
          </w:p>
        </w:tc>
        <w:tc>
          <w:tcPr>
            <w:tcW w:w="2430" w:type="dxa"/>
            <w:vAlign w:val="center"/>
          </w:tcPr>
          <w:p w14:paraId="515B1457" w14:textId="77777777" w:rsidR="00F166F5" w:rsidRPr="00697322" w:rsidRDefault="00022476" w:rsidP="00697322">
            <w:pPr>
              <w:jc w:val="center"/>
            </w:pPr>
            <w:r w:rsidRPr="00697322">
              <w:rPr>
                <w:rtl/>
              </w:rPr>
              <w:t>معلمو المواد المستهدفة</w:t>
            </w:r>
          </w:p>
        </w:tc>
        <w:tc>
          <w:tcPr>
            <w:tcW w:w="2430" w:type="dxa"/>
            <w:vAlign w:val="center"/>
          </w:tcPr>
          <w:p w14:paraId="2E2831F0" w14:textId="77777777" w:rsidR="00F166F5" w:rsidRPr="00697322" w:rsidRDefault="00022476" w:rsidP="00697322">
            <w:pPr>
              <w:jc w:val="center"/>
            </w:pPr>
            <w:r w:rsidRPr="00697322">
              <w:rPr>
                <w:rtl/>
              </w:rPr>
              <w:t>وكيل المدرسة للشؤون التعليمية</w:t>
            </w:r>
          </w:p>
        </w:tc>
        <w:tc>
          <w:tcPr>
            <w:tcW w:w="2430" w:type="dxa"/>
            <w:vAlign w:val="center"/>
          </w:tcPr>
          <w:p w14:paraId="57107FFB" w14:textId="77777777" w:rsidR="00F166F5" w:rsidRPr="00697322" w:rsidRDefault="00022476" w:rsidP="00697322">
            <w:pPr>
              <w:jc w:val="center"/>
            </w:pPr>
            <w:r w:rsidRPr="00697322">
              <w:rPr>
                <w:rtl/>
              </w:rPr>
              <w:t>مستمر</w:t>
            </w:r>
          </w:p>
        </w:tc>
        <w:tc>
          <w:tcPr>
            <w:tcW w:w="2430" w:type="dxa"/>
            <w:vAlign w:val="center"/>
          </w:tcPr>
          <w:p w14:paraId="2F0A9813" w14:textId="77777777" w:rsidR="00F166F5" w:rsidRPr="00697322" w:rsidRDefault="00022476" w:rsidP="00697322">
            <w:pPr>
              <w:jc w:val="center"/>
            </w:pPr>
            <w:r w:rsidRPr="00697322">
              <w:rPr>
                <w:rtl/>
              </w:rPr>
              <w:t>تحسن نتائج المهارات المستهدفة.</w:t>
            </w:r>
          </w:p>
        </w:tc>
      </w:tr>
      <w:tr w:rsidR="00F166F5" w:rsidRPr="00697322" w14:paraId="4125C449" w14:textId="77777777" w:rsidTr="003F0EB7">
        <w:trPr>
          <w:trHeight w:val="1134"/>
        </w:trPr>
        <w:tc>
          <w:tcPr>
            <w:tcW w:w="537" w:type="dxa"/>
            <w:shd w:val="clear" w:color="auto" w:fill="DDD9C3" w:themeFill="background2" w:themeFillShade="E6"/>
            <w:vAlign w:val="center"/>
          </w:tcPr>
          <w:p w14:paraId="6E31286D" w14:textId="77777777" w:rsidR="00F166F5" w:rsidRPr="00697322" w:rsidRDefault="00022476" w:rsidP="00697322">
            <w:pPr>
              <w:jc w:val="center"/>
            </w:pPr>
            <w:r w:rsidRPr="00697322">
              <w:t>4</w:t>
            </w:r>
          </w:p>
        </w:tc>
        <w:tc>
          <w:tcPr>
            <w:tcW w:w="4325" w:type="dxa"/>
            <w:vAlign w:val="center"/>
          </w:tcPr>
          <w:p w14:paraId="6EE8C871" w14:textId="77777777" w:rsidR="00F166F5" w:rsidRPr="00697322" w:rsidRDefault="00022476" w:rsidP="00697322">
            <w:pPr>
              <w:jc w:val="right"/>
            </w:pPr>
            <w:r w:rsidRPr="00697322">
              <w:rPr>
                <w:rtl/>
              </w:rPr>
              <w:t>تقييم مستوى الطلاب مرحليًا، وتفعيل التقويم قبل التعلم وبعده، ووضع تدخلات علاجية للمتعثرين وإثرائية للمتقدمين، مع تطبيق نماذج محاكية وتحليل النتائج.</w:t>
            </w:r>
          </w:p>
        </w:tc>
        <w:tc>
          <w:tcPr>
            <w:tcW w:w="2430" w:type="dxa"/>
            <w:vAlign w:val="center"/>
          </w:tcPr>
          <w:p w14:paraId="735E9826" w14:textId="77777777" w:rsidR="00F166F5" w:rsidRPr="00697322" w:rsidRDefault="00022476" w:rsidP="00697322">
            <w:pPr>
              <w:jc w:val="center"/>
            </w:pPr>
            <w:r w:rsidRPr="00697322">
              <w:rPr>
                <w:rtl/>
              </w:rPr>
              <w:t>معلمو المواد المستهدفة</w:t>
            </w:r>
          </w:p>
        </w:tc>
        <w:tc>
          <w:tcPr>
            <w:tcW w:w="2430" w:type="dxa"/>
            <w:vAlign w:val="center"/>
          </w:tcPr>
          <w:p w14:paraId="0EFFE8D0" w14:textId="77777777" w:rsidR="00F166F5" w:rsidRPr="00697322" w:rsidRDefault="00022476" w:rsidP="00697322">
            <w:pPr>
              <w:jc w:val="center"/>
            </w:pPr>
            <w:r w:rsidRPr="00697322">
              <w:rPr>
                <w:rtl/>
              </w:rPr>
              <w:t>وكيل المدرسة للشؤون التعليمية</w:t>
            </w:r>
          </w:p>
        </w:tc>
        <w:tc>
          <w:tcPr>
            <w:tcW w:w="2430" w:type="dxa"/>
            <w:vAlign w:val="center"/>
          </w:tcPr>
          <w:p w14:paraId="0A93228C" w14:textId="096ADEED" w:rsidR="00F166F5" w:rsidRPr="00697322" w:rsidRDefault="008F5F77" w:rsidP="008F5F77">
            <w:pPr>
              <w:bidi/>
              <w:jc w:val="center"/>
              <w:rPr>
                <w:rtl/>
              </w:rPr>
            </w:pPr>
            <w:r w:rsidRPr="008F5F77">
              <w:rPr>
                <w:rtl/>
              </w:rPr>
              <w:t>بعد كل دورة تدريبية ووفق مواعيد القياس المعتمدة في الخطة</w:t>
            </w:r>
            <w:r w:rsidRPr="008F5F77">
              <w:t>.</w:t>
            </w:r>
          </w:p>
        </w:tc>
        <w:tc>
          <w:tcPr>
            <w:tcW w:w="2430" w:type="dxa"/>
            <w:vAlign w:val="center"/>
          </w:tcPr>
          <w:p w14:paraId="49A10410" w14:textId="77777777" w:rsidR="00F166F5" w:rsidRPr="00697322" w:rsidRDefault="00022476" w:rsidP="00697322">
            <w:pPr>
              <w:jc w:val="center"/>
            </w:pPr>
            <w:r w:rsidRPr="00697322">
              <w:rPr>
                <w:rtl/>
              </w:rPr>
              <w:t>ارتفاع نسبة الطلاب المتقنين وانخفاض حالات التعثر.</w:t>
            </w:r>
          </w:p>
        </w:tc>
      </w:tr>
      <w:tr w:rsidR="00F166F5" w:rsidRPr="00697322" w14:paraId="7E906808" w14:textId="77777777" w:rsidTr="003F0EB7">
        <w:trPr>
          <w:trHeight w:val="1134"/>
        </w:trPr>
        <w:tc>
          <w:tcPr>
            <w:tcW w:w="537" w:type="dxa"/>
            <w:shd w:val="clear" w:color="auto" w:fill="DDD9C3" w:themeFill="background2" w:themeFillShade="E6"/>
            <w:vAlign w:val="center"/>
          </w:tcPr>
          <w:p w14:paraId="60E802A1" w14:textId="77777777" w:rsidR="00F166F5" w:rsidRPr="00697322" w:rsidRDefault="00022476" w:rsidP="00697322">
            <w:pPr>
              <w:jc w:val="center"/>
            </w:pPr>
            <w:r w:rsidRPr="00697322">
              <w:t>5</w:t>
            </w:r>
          </w:p>
        </w:tc>
        <w:tc>
          <w:tcPr>
            <w:tcW w:w="4325" w:type="dxa"/>
            <w:vAlign w:val="center"/>
          </w:tcPr>
          <w:p w14:paraId="3FB9B9B9" w14:textId="77777777" w:rsidR="00F166F5" w:rsidRPr="00697322" w:rsidRDefault="00022476" w:rsidP="00697322">
            <w:pPr>
              <w:jc w:val="right"/>
            </w:pPr>
            <w:r w:rsidRPr="00697322">
              <w:rPr>
                <w:rtl/>
              </w:rPr>
              <w:t>تخصيص تدريب منتظم للفهم القرائي والقراءة المتعمقة في الصفوف المستهدفة.</w:t>
            </w:r>
          </w:p>
        </w:tc>
        <w:tc>
          <w:tcPr>
            <w:tcW w:w="2430" w:type="dxa"/>
            <w:vAlign w:val="center"/>
          </w:tcPr>
          <w:p w14:paraId="5316C2E0" w14:textId="77777777" w:rsidR="00F166F5" w:rsidRPr="00697322" w:rsidRDefault="00022476" w:rsidP="00697322">
            <w:pPr>
              <w:jc w:val="center"/>
            </w:pPr>
            <w:r w:rsidRPr="00697322">
              <w:rPr>
                <w:rtl/>
              </w:rPr>
              <w:t>معلم اللغة العربية</w:t>
            </w:r>
          </w:p>
        </w:tc>
        <w:tc>
          <w:tcPr>
            <w:tcW w:w="2430" w:type="dxa"/>
            <w:vAlign w:val="center"/>
          </w:tcPr>
          <w:p w14:paraId="2B3EEEF5" w14:textId="77777777" w:rsidR="00F166F5" w:rsidRPr="00697322" w:rsidRDefault="00022476" w:rsidP="00697322">
            <w:pPr>
              <w:jc w:val="center"/>
            </w:pPr>
            <w:r w:rsidRPr="00697322">
              <w:rPr>
                <w:rtl/>
              </w:rPr>
              <w:t>وكيل المدرسة للشؤون التعليمية</w:t>
            </w:r>
          </w:p>
        </w:tc>
        <w:tc>
          <w:tcPr>
            <w:tcW w:w="2430" w:type="dxa"/>
            <w:vAlign w:val="center"/>
          </w:tcPr>
          <w:p w14:paraId="2861EFD7" w14:textId="77777777" w:rsidR="00F166F5" w:rsidRPr="00697322" w:rsidRDefault="00022476" w:rsidP="00697322">
            <w:pPr>
              <w:jc w:val="center"/>
            </w:pPr>
            <w:r w:rsidRPr="00697322">
              <w:rPr>
                <w:rtl/>
              </w:rPr>
              <w:t>أسبوعي</w:t>
            </w:r>
          </w:p>
        </w:tc>
        <w:tc>
          <w:tcPr>
            <w:tcW w:w="2430" w:type="dxa"/>
            <w:vAlign w:val="center"/>
          </w:tcPr>
          <w:p w14:paraId="503AE5D8" w14:textId="432D556F" w:rsidR="00F166F5" w:rsidRPr="00697322" w:rsidRDefault="004A7A6C" w:rsidP="004A7A6C">
            <w:pPr>
              <w:bidi/>
              <w:jc w:val="center"/>
            </w:pPr>
            <w:r w:rsidRPr="004A7A6C">
              <w:rPr>
                <w:rtl/>
              </w:rPr>
              <w:t>تحسن نتائج الطلاب في المهارات القرائية المستهدفة وفق المستهدف المحدد مقارنة بخط الأساس</w:t>
            </w:r>
            <w:r w:rsidRPr="004A7A6C">
              <w:t>.</w:t>
            </w:r>
          </w:p>
        </w:tc>
      </w:tr>
      <w:tr w:rsidR="00F166F5" w:rsidRPr="00697322" w14:paraId="6723F92C" w14:textId="77777777" w:rsidTr="003F0EB7">
        <w:trPr>
          <w:trHeight w:val="1134"/>
        </w:trPr>
        <w:tc>
          <w:tcPr>
            <w:tcW w:w="537" w:type="dxa"/>
            <w:shd w:val="clear" w:color="auto" w:fill="DDD9C3" w:themeFill="background2" w:themeFillShade="E6"/>
            <w:vAlign w:val="center"/>
          </w:tcPr>
          <w:p w14:paraId="04F3EF93" w14:textId="77777777" w:rsidR="00F166F5" w:rsidRPr="00697322" w:rsidRDefault="00022476" w:rsidP="00697322">
            <w:pPr>
              <w:jc w:val="center"/>
            </w:pPr>
            <w:r w:rsidRPr="00697322">
              <w:t>6</w:t>
            </w:r>
          </w:p>
        </w:tc>
        <w:tc>
          <w:tcPr>
            <w:tcW w:w="4325" w:type="dxa"/>
            <w:vAlign w:val="center"/>
          </w:tcPr>
          <w:p w14:paraId="1D3A86D6" w14:textId="77777777" w:rsidR="00F166F5" w:rsidRPr="00697322" w:rsidRDefault="00022476" w:rsidP="00697322">
            <w:pPr>
              <w:jc w:val="right"/>
            </w:pPr>
            <w:r w:rsidRPr="00697322">
              <w:rPr>
                <w:rtl/>
              </w:rPr>
              <w:t>تخصيص تدريب أسبوعي في الرياضيات على التطبيق والاستدلال وحل المشكلات.</w:t>
            </w:r>
          </w:p>
        </w:tc>
        <w:tc>
          <w:tcPr>
            <w:tcW w:w="2430" w:type="dxa"/>
            <w:vAlign w:val="center"/>
          </w:tcPr>
          <w:p w14:paraId="69538E91" w14:textId="77777777" w:rsidR="00F166F5" w:rsidRPr="00697322" w:rsidRDefault="00022476" w:rsidP="00697322">
            <w:pPr>
              <w:jc w:val="center"/>
            </w:pPr>
            <w:r w:rsidRPr="00697322">
              <w:rPr>
                <w:rtl/>
              </w:rPr>
              <w:t>معلم الرياضيات</w:t>
            </w:r>
          </w:p>
        </w:tc>
        <w:tc>
          <w:tcPr>
            <w:tcW w:w="2430" w:type="dxa"/>
            <w:vAlign w:val="center"/>
          </w:tcPr>
          <w:p w14:paraId="45912DD0" w14:textId="77777777" w:rsidR="00F166F5" w:rsidRPr="00697322" w:rsidRDefault="00022476" w:rsidP="00697322">
            <w:pPr>
              <w:jc w:val="center"/>
            </w:pPr>
            <w:r w:rsidRPr="00697322">
              <w:rPr>
                <w:rtl/>
              </w:rPr>
              <w:t>وكيل المدرسة للشؤون التعليمية</w:t>
            </w:r>
          </w:p>
        </w:tc>
        <w:tc>
          <w:tcPr>
            <w:tcW w:w="2430" w:type="dxa"/>
            <w:vAlign w:val="center"/>
          </w:tcPr>
          <w:p w14:paraId="6D9755EF" w14:textId="77777777" w:rsidR="00F166F5" w:rsidRPr="00697322" w:rsidRDefault="00022476" w:rsidP="00697322">
            <w:pPr>
              <w:jc w:val="center"/>
            </w:pPr>
            <w:r w:rsidRPr="00697322">
              <w:rPr>
                <w:rtl/>
              </w:rPr>
              <w:t>أسبوعي</w:t>
            </w:r>
          </w:p>
        </w:tc>
        <w:tc>
          <w:tcPr>
            <w:tcW w:w="2430" w:type="dxa"/>
            <w:vAlign w:val="center"/>
          </w:tcPr>
          <w:p w14:paraId="61C895B4" w14:textId="4142DA61" w:rsidR="00F166F5" w:rsidRPr="00697322" w:rsidRDefault="00090E8A" w:rsidP="00090E8A">
            <w:pPr>
              <w:bidi/>
              <w:jc w:val="center"/>
            </w:pPr>
            <w:r w:rsidRPr="00090E8A">
              <w:rPr>
                <w:rFonts w:cs="Arial"/>
                <w:rtl/>
              </w:rPr>
              <w:t>تحسن نتائج الطلاب في مهارات التطبيق والاستدلال وحل المشكلات وفق المستهدف المحدد مقارنة بخط الأساس</w:t>
            </w:r>
            <w:r w:rsidRPr="00090E8A">
              <w:t>.</w:t>
            </w:r>
          </w:p>
        </w:tc>
      </w:tr>
      <w:tr w:rsidR="00F166F5" w:rsidRPr="00697322" w14:paraId="52CC002B" w14:textId="77777777" w:rsidTr="003F0EB7">
        <w:trPr>
          <w:trHeight w:val="1134"/>
        </w:trPr>
        <w:tc>
          <w:tcPr>
            <w:tcW w:w="537" w:type="dxa"/>
            <w:shd w:val="clear" w:color="auto" w:fill="DDD9C3" w:themeFill="background2" w:themeFillShade="E6"/>
            <w:vAlign w:val="center"/>
          </w:tcPr>
          <w:p w14:paraId="6A1B0491" w14:textId="77777777" w:rsidR="00F166F5" w:rsidRPr="00697322" w:rsidRDefault="00022476" w:rsidP="00697322">
            <w:pPr>
              <w:jc w:val="center"/>
            </w:pPr>
            <w:r w:rsidRPr="00697322">
              <w:t>7</w:t>
            </w:r>
          </w:p>
        </w:tc>
        <w:tc>
          <w:tcPr>
            <w:tcW w:w="4325" w:type="dxa"/>
            <w:vAlign w:val="center"/>
          </w:tcPr>
          <w:p w14:paraId="298B2AFC" w14:textId="77777777" w:rsidR="00F166F5" w:rsidRPr="00697322" w:rsidRDefault="00022476" w:rsidP="00697322">
            <w:pPr>
              <w:jc w:val="right"/>
            </w:pPr>
            <w:r w:rsidRPr="00697322">
              <w:rPr>
                <w:rtl/>
              </w:rPr>
              <w:t>تخصيص تدريب أسبوعي في العلوم على تطبيق المفاهيم وتفسير الظواهر والاستنتاج العلمي، وتهيئة الطلاب لطبيعة الاختبار وإدارة الوقت قبل موعد التطبيق.</w:t>
            </w:r>
          </w:p>
        </w:tc>
        <w:tc>
          <w:tcPr>
            <w:tcW w:w="2430" w:type="dxa"/>
            <w:vAlign w:val="center"/>
          </w:tcPr>
          <w:p w14:paraId="5AFCC622" w14:textId="77777777" w:rsidR="00F166F5" w:rsidRPr="00697322" w:rsidRDefault="00022476" w:rsidP="00697322">
            <w:pPr>
              <w:jc w:val="center"/>
            </w:pPr>
            <w:r w:rsidRPr="00697322">
              <w:rPr>
                <w:rtl/>
              </w:rPr>
              <w:t>معلم العلوم</w:t>
            </w:r>
          </w:p>
        </w:tc>
        <w:tc>
          <w:tcPr>
            <w:tcW w:w="2430" w:type="dxa"/>
            <w:vAlign w:val="center"/>
          </w:tcPr>
          <w:p w14:paraId="2E49F639" w14:textId="77777777" w:rsidR="00F166F5" w:rsidRPr="00697322" w:rsidRDefault="00022476" w:rsidP="00697322">
            <w:pPr>
              <w:jc w:val="center"/>
            </w:pPr>
            <w:r w:rsidRPr="00697322">
              <w:rPr>
                <w:rtl/>
              </w:rPr>
              <w:t>وكيل المدرسة للشؤون التعليمية</w:t>
            </w:r>
          </w:p>
        </w:tc>
        <w:tc>
          <w:tcPr>
            <w:tcW w:w="2430" w:type="dxa"/>
            <w:vAlign w:val="center"/>
          </w:tcPr>
          <w:p w14:paraId="6677A373" w14:textId="77777777" w:rsidR="00F166F5" w:rsidRPr="00697322" w:rsidRDefault="00022476" w:rsidP="00697322">
            <w:pPr>
              <w:jc w:val="center"/>
            </w:pPr>
            <w:r w:rsidRPr="00697322">
              <w:rPr>
                <w:rtl/>
              </w:rPr>
              <w:t>أسبوعي</w:t>
            </w:r>
          </w:p>
        </w:tc>
        <w:tc>
          <w:tcPr>
            <w:tcW w:w="2430" w:type="dxa"/>
            <w:vAlign w:val="center"/>
          </w:tcPr>
          <w:p w14:paraId="16C65C34" w14:textId="11CB796D" w:rsidR="00F166F5" w:rsidRPr="00697322" w:rsidRDefault="00090E8A" w:rsidP="00090E8A">
            <w:pPr>
              <w:bidi/>
              <w:jc w:val="center"/>
              <w:rPr>
                <w:rtl/>
              </w:rPr>
            </w:pPr>
            <w:r w:rsidRPr="00090E8A">
              <w:rPr>
                <w:rtl/>
              </w:rPr>
              <w:t>تحسن نتائج الطلاب في تطبيق المفاهيم والاستنتاج العلمي وفق المستهدف المحدد مقارنة بخط الأساس</w:t>
            </w:r>
            <w:r w:rsidRPr="00090E8A">
              <w:t>.</w:t>
            </w:r>
          </w:p>
        </w:tc>
      </w:tr>
    </w:tbl>
    <w:p w14:paraId="772F642F" w14:textId="283B8D23" w:rsidR="00F166F5" w:rsidRDefault="003F0EB7">
      <w:pPr>
        <w:sectPr w:rsidR="00F166F5">
          <w:pgSz w:w="15840" w:h="12240" w:orient="landscape"/>
          <w:pgMar w:top="624" w:right="624" w:bottom="624" w:left="624" w:header="720" w:footer="720" w:gutter="0"/>
          <w:cols w:space="720"/>
          <w:docGrid w:linePitch="360"/>
        </w:sectPr>
      </w:pPr>
      <w:r>
        <w:rPr>
          <w:rFonts w:cs="Khalid Art bold" w:hint="cs"/>
          <w:noProof/>
          <w:color w:val="008080"/>
          <w:sz w:val="20"/>
          <w:szCs w:val="24"/>
          <w:rtl/>
          <w:lang w:val="ar-SA"/>
        </w:rPr>
        <mc:AlternateContent>
          <mc:Choice Requires="wps">
            <w:drawing>
              <wp:anchor distT="0" distB="0" distL="114300" distR="114300" simplePos="0" relativeHeight="251667456" behindDoc="0" locked="0" layoutInCell="1" allowOverlap="1" wp14:anchorId="0FA235FC" wp14:editId="2315B2E5">
                <wp:simplePos x="0" y="0"/>
                <wp:positionH relativeFrom="column">
                  <wp:posOffset>487680</wp:posOffset>
                </wp:positionH>
                <wp:positionV relativeFrom="paragraph">
                  <wp:posOffset>327660</wp:posOffset>
                </wp:positionV>
                <wp:extent cx="1272540" cy="327660"/>
                <wp:effectExtent l="0" t="0" r="0" b="0"/>
                <wp:wrapNone/>
                <wp:docPr id="201265922" name="مربع نص 1"/>
                <wp:cNvGraphicFramePr/>
                <a:graphic xmlns:a="http://schemas.openxmlformats.org/drawingml/2006/main">
                  <a:graphicData uri="http://schemas.microsoft.com/office/word/2010/wordprocessingShape">
                    <wps:wsp>
                      <wps:cNvSpPr txBox="1"/>
                      <wps:spPr>
                        <a:xfrm>
                          <a:off x="0" y="0"/>
                          <a:ext cx="1272540" cy="327660"/>
                        </a:xfrm>
                        <a:prstGeom prst="rect">
                          <a:avLst/>
                        </a:prstGeom>
                        <a:noFill/>
                        <a:ln w="6350">
                          <a:noFill/>
                        </a:ln>
                      </wps:spPr>
                      <wps:txbx>
                        <w:txbxContent>
                          <w:p w14:paraId="37E6304B" w14:textId="77777777" w:rsidR="003F0EB7" w:rsidRDefault="003F0EB7" w:rsidP="003F0EB7">
                            <w:pPr>
                              <w:rPr>
                                <w:rtl/>
                              </w:rPr>
                            </w:pPr>
                            <w:r>
                              <w:rPr>
                                <w:rFonts w:hint="cs"/>
                                <w:rtl/>
                              </w:rPr>
                              <w:t>إعداد: أ. أحمد بن عبدالله</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A235FC" id="_x0000_s1030" type="#_x0000_t202" style="position:absolute;margin-left:38.4pt;margin-top:25.8pt;width:100.2pt;height:25.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" filled="f" stroked="f" strokeweight=".5pt">
                <v:textbox>
                  <w:txbxContent>
                    <w:p w14:paraId="37E6304B" w14:textId="77777777" w:rsidR="003F0EB7" w:rsidRDefault="003F0EB7" w:rsidP="003F0EB7">
                      <w:pPr>
                        <w:rPr>
                          <w:rtl/>
                        </w:rPr>
                      </w:pPr>
                      <w:r>
                        <w:rPr>
                          <w:rFonts w:hint="cs"/>
                          <w:rtl/>
                        </w:rPr>
                        <w:t>إعداد: أ. أحمد بن عبدالله</w:t>
                      </w:r>
                    </w:p>
                  </w:txbxContent>
                </v:textbox>
              </v:shape>
            </w:pict>
          </mc:Fallback>
        </mc:AlternateContent>
      </w:r>
    </w:p>
    <w:p w14:paraId="702354DC" w14:textId="30A3CBC0" w:rsidR="00F166F5" w:rsidRPr="0037468B" w:rsidRDefault="008911CD" w:rsidP="0037468B">
      <w:pPr>
        <w:shd w:val="clear" w:color="auto" w:fill="008080"/>
        <w:bidi/>
        <w:rPr>
          <w:rFonts w:cs="PT Bold Heading"/>
          <w:color w:val="FFFFFF" w:themeColor="background1"/>
          <w:sz w:val="20"/>
          <w:szCs w:val="24"/>
        </w:rPr>
      </w:pPr>
      <w:r>
        <w:rPr>
          <w:rFonts w:cs="PT Bold Heading" w:hint="cs"/>
          <w:color w:val="FFFFFF" w:themeColor="background1"/>
          <w:sz w:val="20"/>
          <w:szCs w:val="24"/>
          <w:rtl/>
        </w:rPr>
        <w:lastRenderedPageBreak/>
        <w:t>سادساً</w:t>
      </w:r>
      <w:r w:rsidR="00022476" w:rsidRPr="0037468B">
        <w:rPr>
          <w:rFonts w:cs="PT Bold Heading"/>
          <w:color w:val="FFFFFF" w:themeColor="background1"/>
          <w:sz w:val="20"/>
          <w:szCs w:val="24"/>
          <w:rtl/>
        </w:rPr>
        <w:t>: خطة تحسين نواتج تعلم نافس - التشكيلات المدرسية</w:t>
      </w:r>
    </w:p>
    <w:tbl>
      <w:tblPr>
        <w:tblStyle w:val="afa"/>
        <w:bidiVisual/>
        <w:tblW w:w="0" w:type="auto"/>
        <w:tblLook w:val="04A0" w:firstRow="1" w:lastRow="0" w:firstColumn="1" w:lastColumn="0" w:noHBand="0" w:noVBand="1"/>
      </w:tblPr>
      <w:tblGrid>
        <w:gridCol w:w="620"/>
        <w:gridCol w:w="3040"/>
        <w:gridCol w:w="1831"/>
        <w:gridCol w:w="1830"/>
        <w:gridCol w:w="1830"/>
        <w:gridCol w:w="1831"/>
      </w:tblGrid>
      <w:tr w:rsidR="00F166F5" w:rsidRPr="0037468B" w14:paraId="00A145D4" w14:textId="77777777" w:rsidTr="003F0EB7">
        <w:trPr>
          <w:trHeight w:val="1134"/>
        </w:trPr>
        <w:tc>
          <w:tcPr>
            <w:tcW w:w="620" w:type="dxa"/>
            <w:shd w:val="clear" w:color="auto" w:fill="DDD9C3" w:themeFill="background2" w:themeFillShade="E6"/>
            <w:vAlign w:val="center"/>
          </w:tcPr>
          <w:p w14:paraId="167B6A72" w14:textId="77777777" w:rsidR="00F166F5" w:rsidRPr="0037468B" w:rsidRDefault="00022476" w:rsidP="0037468B">
            <w:pPr>
              <w:jc w:val="center"/>
            </w:pPr>
            <w:r w:rsidRPr="0037468B">
              <w:rPr>
                <w:rtl/>
              </w:rPr>
              <w:t>م</w:t>
            </w:r>
          </w:p>
        </w:tc>
        <w:tc>
          <w:tcPr>
            <w:tcW w:w="3040" w:type="dxa"/>
            <w:shd w:val="clear" w:color="auto" w:fill="DDD9C3" w:themeFill="background2" w:themeFillShade="E6"/>
            <w:vAlign w:val="center"/>
          </w:tcPr>
          <w:p w14:paraId="17AF47E5" w14:textId="77777777" w:rsidR="00F166F5" w:rsidRPr="0037468B" w:rsidRDefault="00022476" w:rsidP="0037468B">
            <w:pPr>
              <w:jc w:val="center"/>
            </w:pPr>
            <w:r w:rsidRPr="0037468B">
              <w:rPr>
                <w:rtl/>
              </w:rPr>
              <w:t>إجراءات التنفيذ</w:t>
            </w:r>
          </w:p>
        </w:tc>
        <w:tc>
          <w:tcPr>
            <w:tcW w:w="1831" w:type="dxa"/>
            <w:shd w:val="clear" w:color="auto" w:fill="DDD9C3" w:themeFill="background2" w:themeFillShade="E6"/>
            <w:vAlign w:val="center"/>
          </w:tcPr>
          <w:p w14:paraId="3A65E3AC" w14:textId="77777777" w:rsidR="00F166F5" w:rsidRPr="0037468B" w:rsidRDefault="00022476" w:rsidP="0037468B">
            <w:pPr>
              <w:jc w:val="center"/>
            </w:pPr>
            <w:r w:rsidRPr="0037468B">
              <w:rPr>
                <w:rtl/>
              </w:rPr>
              <w:t>مسؤولية التنفيذ</w:t>
            </w:r>
          </w:p>
        </w:tc>
        <w:tc>
          <w:tcPr>
            <w:tcW w:w="1830" w:type="dxa"/>
            <w:shd w:val="clear" w:color="auto" w:fill="DDD9C3" w:themeFill="background2" w:themeFillShade="E6"/>
            <w:vAlign w:val="center"/>
          </w:tcPr>
          <w:p w14:paraId="71DC2243" w14:textId="77777777" w:rsidR="00F166F5" w:rsidRPr="0037468B" w:rsidRDefault="00022476" w:rsidP="0037468B">
            <w:pPr>
              <w:jc w:val="center"/>
            </w:pPr>
            <w:r w:rsidRPr="0037468B">
              <w:rPr>
                <w:rtl/>
              </w:rPr>
              <w:t>المتابعة</w:t>
            </w:r>
          </w:p>
        </w:tc>
        <w:tc>
          <w:tcPr>
            <w:tcW w:w="1830" w:type="dxa"/>
            <w:shd w:val="clear" w:color="auto" w:fill="DDD9C3" w:themeFill="background2" w:themeFillShade="E6"/>
            <w:vAlign w:val="center"/>
          </w:tcPr>
          <w:p w14:paraId="251B49F2" w14:textId="77777777" w:rsidR="00F166F5" w:rsidRPr="0037468B" w:rsidRDefault="00022476" w:rsidP="0037468B">
            <w:pPr>
              <w:jc w:val="center"/>
            </w:pPr>
            <w:r w:rsidRPr="0037468B">
              <w:rPr>
                <w:rtl/>
              </w:rPr>
              <w:t>مدة التنفيذ</w:t>
            </w:r>
          </w:p>
        </w:tc>
        <w:tc>
          <w:tcPr>
            <w:tcW w:w="1831" w:type="dxa"/>
            <w:shd w:val="clear" w:color="auto" w:fill="DDD9C3" w:themeFill="background2" w:themeFillShade="E6"/>
            <w:vAlign w:val="center"/>
          </w:tcPr>
          <w:p w14:paraId="22F08815" w14:textId="77777777" w:rsidR="00F166F5" w:rsidRPr="0037468B" w:rsidRDefault="00022476" w:rsidP="0037468B">
            <w:pPr>
              <w:jc w:val="center"/>
            </w:pPr>
            <w:r w:rsidRPr="0037468B">
              <w:rPr>
                <w:rtl/>
              </w:rPr>
              <w:t>مؤشر الإنجاز</w:t>
            </w:r>
          </w:p>
        </w:tc>
      </w:tr>
      <w:tr w:rsidR="00F166F5" w:rsidRPr="0037468B" w14:paraId="79BE1F3B" w14:textId="77777777" w:rsidTr="003F0EB7">
        <w:trPr>
          <w:trHeight w:val="1134"/>
        </w:trPr>
        <w:tc>
          <w:tcPr>
            <w:tcW w:w="620" w:type="dxa"/>
            <w:shd w:val="clear" w:color="auto" w:fill="DDD9C3" w:themeFill="background2" w:themeFillShade="E6"/>
            <w:vAlign w:val="center"/>
          </w:tcPr>
          <w:p w14:paraId="46009255" w14:textId="77777777" w:rsidR="00F166F5" w:rsidRPr="0037468B" w:rsidRDefault="00022476" w:rsidP="0037468B">
            <w:pPr>
              <w:jc w:val="center"/>
            </w:pPr>
            <w:r w:rsidRPr="0037468B">
              <w:rPr>
                <w:rtl/>
              </w:rPr>
              <w:t>1</w:t>
            </w:r>
          </w:p>
        </w:tc>
        <w:tc>
          <w:tcPr>
            <w:tcW w:w="3040" w:type="dxa"/>
            <w:vAlign w:val="center"/>
          </w:tcPr>
          <w:p w14:paraId="1EFAA930" w14:textId="77777777" w:rsidR="00F166F5" w:rsidRPr="0037468B" w:rsidRDefault="00022476" w:rsidP="0037468B">
            <w:pPr>
              <w:jc w:val="right"/>
            </w:pPr>
            <w:r w:rsidRPr="0037468B">
              <w:rPr>
                <w:rtl/>
              </w:rPr>
              <w:t>قيادة عملية تحليل تقدم الطلاب ومراجعة فاعلية إجراءات التدريس واتخاذ التوصيات المناسبة.</w:t>
            </w:r>
          </w:p>
        </w:tc>
        <w:tc>
          <w:tcPr>
            <w:tcW w:w="1831" w:type="dxa"/>
            <w:vAlign w:val="center"/>
          </w:tcPr>
          <w:p w14:paraId="1139615E" w14:textId="77777777" w:rsidR="00F166F5" w:rsidRPr="0037468B" w:rsidRDefault="00022476" w:rsidP="0037468B">
            <w:pPr>
              <w:jc w:val="center"/>
            </w:pPr>
            <w:r w:rsidRPr="0037468B">
              <w:rPr>
                <w:rtl/>
              </w:rPr>
              <w:t>مدير المدرسة</w:t>
            </w:r>
          </w:p>
        </w:tc>
        <w:tc>
          <w:tcPr>
            <w:tcW w:w="1830" w:type="dxa"/>
            <w:vAlign w:val="center"/>
          </w:tcPr>
          <w:p w14:paraId="61591F33" w14:textId="77777777" w:rsidR="00F166F5" w:rsidRPr="0037468B" w:rsidRDefault="00022476" w:rsidP="0037468B">
            <w:pPr>
              <w:jc w:val="center"/>
            </w:pPr>
            <w:r w:rsidRPr="0037468B">
              <w:rPr>
                <w:rtl/>
              </w:rPr>
              <w:t>فريق الدعم / المشرف المقيم</w:t>
            </w:r>
          </w:p>
        </w:tc>
        <w:tc>
          <w:tcPr>
            <w:tcW w:w="1830" w:type="dxa"/>
            <w:vAlign w:val="center"/>
          </w:tcPr>
          <w:p w14:paraId="330ECF61" w14:textId="77777777" w:rsidR="00F166F5" w:rsidRPr="0037468B" w:rsidRDefault="00022476" w:rsidP="0037468B">
            <w:pPr>
              <w:jc w:val="center"/>
            </w:pPr>
            <w:r w:rsidRPr="0037468B">
              <w:rPr>
                <w:rtl/>
              </w:rPr>
              <w:t>مستمر</w:t>
            </w:r>
          </w:p>
        </w:tc>
        <w:tc>
          <w:tcPr>
            <w:tcW w:w="1831" w:type="dxa"/>
            <w:vAlign w:val="center"/>
          </w:tcPr>
          <w:p w14:paraId="5A368CA3" w14:textId="77777777" w:rsidR="00F166F5" w:rsidRPr="0037468B" w:rsidRDefault="00022476" w:rsidP="0037468B">
            <w:pPr>
              <w:jc w:val="center"/>
            </w:pPr>
            <w:r w:rsidRPr="0037468B">
              <w:rPr>
                <w:rtl/>
              </w:rPr>
              <w:t>تحسن مؤشرات الأداء وفاعلية الإجراءات.</w:t>
            </w:r>
          </w:p>
        </w:tc>
      </w:tr>
      <w:tr w:rsidR="00F166F5" w:rsidRPr="0037468B" w14:paraId="1CA12F63" w14:textId="77777777" w:rsidTr="003F0EB7">
        <w:trPr>
          <w:trHeight w:val="1134"/>
        </w:trPr>
        <w:tc>
          <w:tcPr>
            <w:tcW w:w="620" w:type="dxa"/>
            <w:shd w:val="clear" w:color="auto" w:fill="DDD9C3" w:themeFill="background2" w:themeFillShade="E6"/>
            <w:vAlign w:val="center"/>
          </w:tcPr>
          <w:p w14:paraId="0DC1085B" w14:textId="77777777" w:rsidR="00F166F5" w:rsidRPr="0037468B" w:rsidRDefault="00022476" w:rsidP="0037468B">
            <w:pPr>
              <w:jc w:val="center"/>
            </w:pPr>
            <w:r w:rsidRPr="0037468B">
              <w:rPr>
                <w:rtl/>
              </w:rPr>
              <w:t>2</w:t>
            </w:r>
          </w:p>
        </w:tc>
        <w:tc>
          <w:tcPr>
            <w:tcW w:w="3040" w:type="dxa"/>
            <w:vAlign w:val="center"/>
          </w:tcPr>
          <w:p w14:paraId="416A5084" w14:textId="6B345DC7" w:rsidR="00F166F5" w:rsidRPr="0037468B" w:rsidRDefault="00513B05" w:rsidP="00513B05">
            <w:pPr>
              <w:bidi/>
            </w:pPr>
            <w:r w:rsidRPr="00513B05">
              <w:rPr>
                <w:rtl/>
              </w:rPr>
              <w:t>متابعة تنفيذ معلمي المواد المستهدفة لإجراءات التحسين، والتحقق من انتظام تطبيق القياسات والتدخلات العلاجية والإثرائية وتوثيق نتائجها</w:t>
            </w:r>
            <w:r w:rsidRPr="00513B05">
              <w:t>.</w:t>
            </w:r>
          </w:p>
        </w:tc>
        <w:tc>
          <w:tcPr>
            <w:tcW w:w="1831" w:type="dxa"/>
            <w:vAlign w:val="center"/>
          </w:tcPr>
          <w:p w14:paraId="269FC068" w14:textId="77777777" w:rsidR="00F166F5" w:rsidRPr="0037468B" w:rsidRDefault="00022476" w:rsidP="0037468B">
            <w:pPr>
              <w:jc w:val="center"/>
            </w:pPr>
            <w:r w:rsidRPr="0037468B">
              <w:rPr>
                <w:rtl/>
              </w:rPr>
              <w:t>وكيل المدرسة للشؤون التعليمية</w:t>
            </w:r>
          </w:p>
        </w:tc>
        <w:tc>
          <w:tcPr>
            <w:tcW w:w="1830" w:type="dxa"/>
            <w:vAlign w:val="center"/>
          </w:tcPr>
          <w:p w14:paraId="59A51133" w14:textId="77777777" w:rsidR="00F166F5" w:rsidRPr="0037468B" w:rsidRDefault="00022476" w:rsidP="0037468B">
            <w:pPr>
              <w:jc w:val="center"/>
            </w:pPr>
            <w:r w:rsidRPr="0037468B">
              <w:rPr>
                <w:rtl/>
              </w:rPr>
              <w:t>مدير المدرسة</w:t>
            </w:r>
          </w:p>
        </w:tc>
        <w:tc>
          <w:tcPr>
            <w:tcW w:w="1830" w:type="dxa"/>
            <w:vAlign w:val="center"/>
          </w:tcPr>
          <w:p w14:paraId="2C91ACF1" w14:textId="77777777" w:rsidR="00F166F5" w:rsidRPr="0037468B" w:rsidRDefault="00022476" w:rsidP="0037468B">
            <w:pPr>
              <w:jc w:val="center"/>
            </w:pPr>
            <w:r w:rsidRPr="0037468B">
              <w:rPr>
                <w:rtl/>
              </w:rPr>
              <w:t>مستمر</w:t>
            </w:r>
          </w:p>
        </w:tc>
        <w:tc>
          <w:tcPr>
            <w:tcW w:w="1831" w:type="dxa"/>
            <w:vAlign w:val="center"/>
          </w:tcPr>
          <w:p w14:paraId="6BA4641A" w14:textId="77777777" w:rsidR="00F166F5" w:rsidRPr="0037468B" w:rsidRDefault="00022476" w:rsidP="0037468B">
            <w:pPr>
              <w:jc w:val="center"/>
            </w:pPr>
            <w:r w:rsidRPr="0037468B">
              <w:rPr>
                <w:rtl/>
              </w:rPr>
              <w:t>تنفيذ الإجراءات وتحسن مستوى الطلاب.</w:t>
            </w:r>
          </w:p>
        </w:tc>
      </w:tr>
      <w:tr w:rsidR="00F166F5" w:rsidRPr="0037468B" w14:paraId="4F0A3564" w14:textId="77777777" w:rsidTr="003F0EB7">
        <w:trPr>
          <w:trHeight w:val="1134"/>
        </w:trPr>
        <w:tc>
          <w:tcPr>
            <w:tcW w:w="620" w:type="dxa"/>
            <w:shd w:val="clear" w:color="auto" w:fill="DDD9C3" w:themeFill="background2" w:themeFillShade="E6"/>
            <w:vAlign w:val="center"/>
          </w:tcPr>
          <w:p w14:paraId="28456512" w14:textId="1D9A7564" w:rsidR="00F166F5" w:rsidRPr="0037468B" w:rsidRDefault="002D1A28" w:rsidP="0037468B">
            <w:pPr>
              <w:jc w:val="center"/>
            </w:pPr>
            <w:r>
              <w:rPr>
                <w:rFonts w:hint="cs"/>
                <w:rtl/>
              </w:rPr>
              <w:t>3</w:t>
            </w:r>
          </w:p>
        </w:tc>
        <w:tc>
          <w:tcPr>
            <w:tcW w:w="3040" w:type="dxa"/>
            <w:vAlign w:val="center"/>
          </w:tcPr>
          <w:p w14:paraId="094339B6" w14:textId="77777777" w:rsidR="00F166F5" w:rsidRPr="0037468B" w:rsidRDefault="00022476" w:rsidP="0037468B">
            <w:pPr>
              <w:jc w:val="right"/>
            </w:pPr>
            <w:r w:rsidRPr="0037468B">
              <w:rPr>
                <w:rtl/>
              </w:rPr>
              <w:t>متابعة التزام المعلمين بالتدريب والحصص العلاجية المقررة للمواد المستهدفة عند الحاجة.</w:t>
            </w:r>
          </w:p>
        </w:tc>
        <w:tc>
          <w:tcPr>
            <w:tcW w:w="1831" w:type="dxa"/>
            <w:vAlign w:val="center"/>
          </w:tcPr>
          <w:p w14:paraId="7309AA3F" w14:textId="77777777" w:rsidR="00F166F5" w:rsidRPr="0037468B" w:rsidRDefault="00022476" w:rsidP="0037468B">
            <w:pPr>
              <w:jc w:val="center"/>
            </w:pPr>
            <w:r w:rsidRPr="0037468B">
              <w:rPr>
                <w:rtl/>
              </w:rPr>
              <w:t>وكيل المدرسة للشؤون التعليمية</w:t>
            </w:r>
          </w:p>
        </w:tc>
        <w:tc>
          <w:tcPr>
            <w:tcW w:w="1830" w:type="dxa"/>
            <w:vAlign w:val="center"/>
          </w:tcPr>
          <w:p w14:paraId="54D51664" w14:textId="77777777" w:rsidR="00F166F5" w:rsidRPr="0037468B" w:rsidRDefault="00022476" w:rsidP="0037468B">
            <w:pPr>
              <w:jc w:val="center"/>
            </w:pPr>
            <w:r w:rsidRPr="0037468B">
              <w:rPr>
                <w:rtl/>
              </w:rPr>
              <w:t>مدير المدرسة</w:t>
            </w:r>
          </w:p>
        </w:tc>
        <w:tc>
          <w:tcPr>
            <w:tcW w:w="1830" w:type="dxa"/>
            <w:vAlign w:val="center"/>
          </w:tcPr>
          <w:p w14:paraId="0DC8DC90" w14:textId="77777777" w:rsidR="00F166F5" w:rsidRPr="0037468B" w:rsidRDefault="00022476" w:rsidP="0037468B">
            <w:pPr>
              <w:jc w:val="center"/>
            </w:pPr>
            <w:r w:rsidRPr="0037468B">
              <w:rPr>
                <w:rtl/>
              </w:rPr>
              <w:t>مستمر</w:t>
            </w:r>
          </w:p>
        </w:tc>
        <w:tc>
          <w:tcPr>
            <w:tcW w:w="1831" w:type="dxa"/>
            <w:vAlign w:val="center"/>
          </w:tcPr>
          <w:p w14:paraId="6DC238CE" w14:textId="77777777" w:rsidR="00F166F5" w:rsidRPr="0037468B" w:rsidRDefault="00022476" w:rsidP="0037468B">
            <w:pPr>
              <w:jc w:val="center"/>
            </w:pPr>
            <w:r w:rsidRPr="0037468B">
              <w:rPr>
                <w:rtl/>
              </w:rPr>
              <w:t>انتظام تنفيذ التدخلات العلاجية.</w:t>
            </w:r>
          </w:p>
        </w:tc>
      </w:tr>
      <w:tr w:rsidR="00F166F5" w:rsidRPr="0037468B" w14:paraId="237EAB13" w14:textId="77777777" w:rsidTr="003F0EB7">
        <w:trPr>
          <w:trHeight w:val="1134"/>
        </w:trPr>
        <w:tc>
          <w:tcPr>
            <w:tcW w:w="620" w:type="dxa"/>
            <w:shd w:val="clear" w:color="auto" w:fill="DDD9C3" w:themeFill="background2" w:themeFillShade="E6"/>
            <w:vAlign w:val="center"/>
          </w:tcPr>
          <w:p w14:paraId="55AF0F39" w14:textId="248FE158" w:rsidR="00F166F5" w:rsidRPr="0037468B" w:rsidRDefault="002D1A28" w:rsidP="0037468B">
            <w:pPr>
              <w:jc w:val="center"/>
            </w:pPr>
            <w:r>
              <w:rPr>
                <w:rFonts w:hint="cs"/>
                <w:rtl/>
              </w:rPr>
              <w:t>4</w:t>
            </w:r>
          </w:p>
        </w:tc>
        <w:tc>
          <w:tcPr>
            <w:tcW w:w="3040" w:type="dxa"/>
            <w:vAlign w:val="center"/>
          </w:tcPr>
          <w:p w14:paraId="37E7EC01" w14:textId="77777777" w:rsidR="00F166F5" w:rsidRPr="0037468B" w:rsidRDefault="00022476" w:rsidP="0037468B">
            <w:pPr>
              <w:jc w:val="right"/>
            </w:pPr>
            <w:r w:rsidRPr="0037468B">
              <w:rPr>
                <w:rtl/>
              </w:rPr>
              <w:t>متابعة الطلاب منخفضي الأداء ودراسة الحالات التي تحتاج إلى دعم إضافي ووضع برامج محفزة وعلاجية مناسبة.</w:t>
            </w:r>
          </w:p>
        </w:tc>
        <w:tc>
          <w:tcPr>
            <w:tcW w:w="1831" w:type="dxa"/>
            <w:vAlign w:val="center"/>
          </w:tcPr>
          <w:p w14:paraId="5755A439" w14:textId="77777777" w:rsidR="00F166F5" w:rsidRPr="0037468B" w:rsidRDefault="00022476" w:rsidP="0037468B">
            <w:pPr>
              <w:jc w:val="center"/>
            </w:pPr>
            <w:r w:rsidRPr="0037468B">
              <w:rPr>
                <w:rtl/>
              </w:rPr>
              <w:t>الموجه الطلابي</w:t>
            </w:r>
          </w:p>
        </w:tc>
        <w:tc>
          <w:tcPr>
            <w:tcW w:w="1830" w:type="dxa"/>
            <w:vAlign w:val="center"/>
          </w:tcPr>
          <w:p w14:paraId="0B8A11F3" w14:textId="77777777" w:rsidR="00F166F5" w:rsidRPr="0037468B" w:rsidRDefault="00022476" w:rsidP="0037468B">
            <w:pPr>
              <w:jc w:val="center"/>
            </w:pPr>
            <w:r w:rsidRPr="0037468B">
              <w:rPr>
                <w:rtl/>
              </w:rPr>
              <w:t>وكيل المدرسة لشؤون الطلاب</w:t>
            </w:r>
          </w:p>
        </w:tc>
        <w:tc>
          <w:tcPr>
            <w:tcW w:w="1830" w:type="dxa"/>
            <w:vAlign w:val="center"/>
          </w:tcPr>
          <w:p w14:paraId="4ADF58B0" w14:textId="77777777" w:rsidR="00F166F5" w:rsidRPr="0037468B" w:rsidRDefault="00022476" w:rsidP="0037468B">
            <w:pPr>
              <w:jc w:val="center"/>
            </w:pPr>
            <w:r w:rsidRPr="0037468B">
              <w:rPr>
                <w:rtl/>
              </w:rPr>
              <w:t>مستمر</w:t>
            </w:r>
          </w:p>
        </w:tc>
        <w:tc>
          <w:tcPr>
            <w:tcW w:w="1831" w:type="dxa"/>
            <w:vAlign w:val="center"/>
          </w:tcPr>
          <w:p w14:paraId="755A47BA" w14:textId="77777777" w:rsidR="00F166F5" w:rsidRPr="0037468B" w:rsidRDefault="00022476" w:rsidP="0037468B">
            <w:pPr>
              <w:jc w:val="center"/>
            </w:pPr>
            <w:r w:rsidRPr="0037468B">
              <w:rPr>
                <w:rtl/>
              </w:rPr>
              <w:t>انخفاض عدد الطلاب منخفضي الأداء.</w:t>
            </w:r>
          </w:p>
        </w:tc>
      </w:tr>
      <w:tr w:rsidR="00F166F5" w:rsidRPr="0037468B" w14:paraId="1DCD35CB" w14:textId="77777777" w:rsidTr="003F0EB7">
        <w:trPr>
          <w:trHeight w:val="1134"/>
        </w:trPr>
        <w:tc>
          <w:tcPr>
            <w:tcW w:w="620" w:type="dxa"/>
            <w:shd w:val="clear" w:color="auto" w:fill="DDD9C3" w:themeFill="background2" w:themeFillShade="E6"/>
            <w:vAlign w:val="center"/>
          </w:tcPr>
          <w:p w14:paraId="4D75BF29" w14:textId="18DEA07E" w:rsidR="00F166F5" w:rsidRPr="0037468B" w:rsidRDefault="002D1A28" w:rsidP="0037468B">
            <w:pPr>
              <w:jc w:val="center"/>
            </w:pPr>
            <w:r>
              <w:rPr>
                <w:rFonts w:hint="cs"/>
                <w:rtl/>
              </w:rPr>
              <w:t>5</w:t>
            </w:r>
          </w:p>
        </w:tc>
        <w:tc>
          <w:tcPr>
            <w:tcW w:w="3040" w:type="dxa"/>
            <w:vAlign w:val="center"/>
          </w:tcPr>
          <w:p w14:paraId="393357C5" w14:textId="77777777" w:rsidR="00F166F5" w:rsidRPr="0037468B" w:rsidRDefault="00022476" w:rsidP="0037468B">
            <w:pPr>
              <w:jc w:val="right"/>
            </w:pPr>
            <w:r w:rsidRPr="0037468B">
              <w:rPr>
                <w:rtl/>
              </w:rPr>
              <w:t>التواصل مع أولياء أمور الطلاب المحتاجين للدعم وتوضيح المهارات المطلوب متابعتها منزليًا.</w:t>
            </w:r>
          </w:p>
        </w:tc>
        <w:tc>
          <w:tcPr>
            <w:tcW w:w="1831" w:type="dxa"/>
            <w:vAlign w:val="center"/>
          </w:tcPr>
          <w:p w14:paraId="01BAEC2C" w14:textId="77777777" w:rsidR="00F166F5" w:rsidRPr="0037468B" w:rsidRDefault="00022476" w:rsidP="0037468B">
            <w:pPr>
              <w:jc w:val="center"/>
            </w:pPr>
            <w:r w:rsidRPr="0037468B">
              <w:rPr>
                <w:rtl/>
              </w:rPr>
              <w:t>الموجه الطلابي ومعلم المادة</w:t>
            </w:r>
          </w:p>
        </w:tc>
        <w:tc>
          <w:tcPr>
            <w:tcW w:w="1830" w:type="dxa"/>
            <w:vAlign w:val="center"/>
          </w:tcPr>
          <w:p w14:paraId="7B031206" w14:textId="77777777" w:rsidR="00F166F5" w:rsidRPr="0037468B" w:rsidRDefault="00022476" w:rsidP="0037468B">
            <w:pPr>
              <w:jc w:val="center"/>
            </w:pPr>
            <w:r w:rsidRPr="0037468B">
              <w:rPr>
                <w:rtl/>
              </w:rPr>
              <w:t>وكيل المدرسة لشؤون الطلاب</w:t>
            </w:r>
          </w:p>
        </w:tc>
        <w:tc>
          <w:tcPr>
            <w:tcW w:w="1830" w:type="dxa"/>
            <w:vAlign w:val="center"/>
          </w:tcPr>
          <w:p w14:paraId="3FD7594F" w14:textId="77777777" w:rsidR="00F166F5" w:rsidRPr="0037468B" w:rsidRDefault="00022476" w:rsidP="0037468B">
            <w:pPr>
              <w:jc w:val="center"/>
            </w:pPr>
            <w:r w:rsidRPr="0037468B">
              <w:rPr>
                <w:rtl/>
              </w:rPr>
              <w:t>حسب الحاجة</w:t>
            </w:r>
          </w:p>
        </w:tc>
        <w:tc>
          <w:tcPr>
            <w:tcW w:w="1831" w:type="dxa"/>
            <w:vAlign w:val="center"/>
          </w:tcPr>
          <w:p w14:paraId="4389F01C" w14:textId="77777777" w:rsidR="00F166F5" w:rsidRPr="0037468B" w:rsidRDefault="00022476" w:rsidP="0037468B">
            <w:pPr>
              <w:jc w:val="center"/>
            </w:pPr>
            <w:r w:rsidRPr="0037468B">
              <w:rPr>
                <w:rtl/>
              </w:rPr>
              <w:t>تحسن أداء الطلاب المشمولين بالمتابعة الأسرية.</w:t>
            </w:r>
          </w:p>
        </w:tc>
      </w:tr>
      <w:tr w:rsidR="00F166F5" w:rsidRPr="0037468B" w14:paraId="47B5F609" w14:textId="77777777" w:rsidTr="003F0EB7">
        <w:trPr>
          <w:trHeight w:val="1134"/>
        </w:trPr>
        <w:tc>
          <w:tcPr>
            <w:tcW w:w="620" w:type="dxa"/>
            <w:shd w:val="clear" w:color="auto" w:fill="DDD9C3" w:themeFill="background2" w:themeFillShade="E6"/>
            <w:vAlign w:val="center"/>
          </w:tcPr>
          <w:p w14:paraId="64957B7E" w14:textId="6B87682A" w:rsidR="00F166F5" w:rsidRPr="0037468B" w:rsidRDefault="002D1A28" w:rsidP="0037468B">
            <w:pPr>
              <w:jc w:val="center"/>
            </w:pPr>
            <w:r>
              <w:rPr>
                <w:rFonts w:hint="cs"/>
                <w:rtl/>
              </w:rPr>
              <w:t>6</w:t>
            </w:r>
          </w:p>
        </w:tc>
        <w:tc>
          <w:tcPr>
            <w:tcW w:w="3040" w:type="dxa"/>
            <w:vAlign w:val="center"/>
          </w:tcPr>
          <w:p w14:paraId="55AF8D4E" w14:textId="77777777" w:rsidR="00F166F5" w:rsidRPr="0037468B" w:rsidRDefault="00022476" w:rsidP="0037468B">
            <w:pPr>
              <w:jc w:val="right"/>
            </w:pPr>
            <w:r w:rsidRPr="0037468B">
              <w:rPr>
                <w:rtl/>
              </w:rPr>
              <w:t>تهيئة الطلاب للاختبارات الوطنية وتعزيز دافعيتهم وانتظامهم في التدريب والحضور.</w:t>
            </w:r>
          </w:p>
        </w:tc>
        <w:tc>
          <w:tcPr>
            <w:tcW w:w="1831" w:type="dxa"/>
            <w:vAlign w:val="center"/>
          </w:tcPr>
          <w:p w14:paraId="4ACCBED4" w14:textId="77777777" w:rsidR="00F166F5" w:rsidRPr="0037468B" w:rsidRDefault="00022476" w:rsidP="0037468B">
            <w:pPr>
              <w:jc w:val="center"/>
            </w:pPr>
            <w:r w:rsidRPr="0037468B">
              <w:rPr>
                <w:rtl/>
              </w:rPr>
              <w:t>التشكيلات المدرسية</w:t>
            </w:r>
          </w:p>
        </w:tc>
        <w:tc>
          <w:tcPr>
            <w:tcW w:w="1830" w:type="dxa"/>
            <w:vAlign w:val="center"/>
          </w:tcPr>
          <w:p w14:paraId="2BC1AE86" w14:textId="77777777" w:rsidR="00F166F5" w:rsidRPr="0037468B" w:rsidRDefault="00022476" w:rsidP="0037468B">
            <w:pPr>
              <w:jc w:val="center"/>
            </w:pPr>
            <w:r w:rsidRPr="0037468B">
              <w:rPr>
                <w:rtl/>
              </w:rPr>
              <w:t>مدير المدرسة</w:t>
            </w:r>
          </w:p>
        </w:tc>
        <w:tc>
          <w:tcPr>
            <w:tcW w:w="1830" w:type="dxa"/>
            <w:vAlign w:val="center"/>
          </w:tcPr>
          <w:p w14:paraId="4051068C" w14:textId="77777777" w:rsidR="00F166F5" w:rsidRPr="0037468B" w:rsidRDefault="00022476" w:rsidP="0037468B">
            <w:pPr>
              <w:jc w:val="center"/>
            </w:pPr>
            <w:r w:rsidRPr="0037468B">
              <w:rPr>
                <w:rtl/>
              </w:rPr>
              <w:t>مستمر وقبل الاختبار</w:t>
            </w:r>
          </w:p>
        </w:tc>
        <w:tc>
          <w:tcPr>
            <w:tcW w:w="1831" w:type="dxa"/>
            <w:vAlign w:val="center"/>
          </w:tcPr>
          <w:p w14:paraId="7F7507B7" w14:textId="77777777" w:rsidR="00F166F5" w:rsidRPr="0037468B" w:rsidRDefault="00022476" w:rsidP="0037468B">
            <w:pPr>
              <w:jc w:val="center"/>
            </w:pPr>
            <w:r w:rsidRPr="0037468B">
              <w:rPr>
                <w:rtl/>
              </w:rPr>
              <w:t>ارتفاع الجاهزية والانتظام.</w:t>
            </w:r>
          </w:p>
        </w:tc>
      </w:tr>
    </w:tbl>
    <w:p w14:paraId="2AAC892B" w14:textId="2E0E887B" w:rsidR="00F166F5" w:rsidRDefault="003F0EB7">
      <w:pPr>
        <w:sectPr w:rsidR="00F166F5">
          <w:pgSz w:w="12240" w:h="15840" w:orient="landscape"/>
          <w:pgMar w:top="624" w:right="624" w:bottom="624" w:left="624" w:header="720" w:footer="720" w:gutter="0"/>
          <w:cols w:space="720"/>
          <w:docGrid w:linePitch="360"/>
        </w:sectPr>
      </w:pPr>
      <w:r>
        <w:rPr>
          <w:rFonts w:cs="Khalid Art bold" w:hint="cs"/>
          <w:noProof/>
          <w:color w:val="008080"/>
          <w:sz w:val="20"/>
          <w:szCs w:val="24"/>
          <w:rtl/>
          <w:lang w:val="ar-SA"/>
        </w:rPr>
        <mc:AlternateContent>
          <mc:Choice Requires="wps">
            <w:drawing>
              <wp:anchor distT="0" distB="0" distL="114300" distR="114300" simplePos="0" relativeHeight="251669504" behindDoc="0" locked="0" layoutInCell="1" allowOverlap="1" wp14:anchorId="7E969A31" wp14:editId="174ACD36">
                <wp:simplePos x="0" y="0"/>
                <wp:positionH relativeFrom="column">
                  <wp:posOffset>601980</wp:posOffset>
                </wp:positionH>
                <wp:positionV relativeFrom="paragraph">
                  <wp:posOffset>2453640</wp:posOffset>
                </wp:positionV>
                <wp:extent cx="1272540" cy="327660"/>
                <wp:effectExtent l="0" t="0" r="0" b="0"/>
                <wp:wrapNone/>
                <wp:docPr id="1796635177" name="مربع نص 1"/>
                <wp:cNvGraphicFramePr/>
                <a:graphic xmlns:a="http://schemas.openxmlformats.org/drawingml/2006/main">
                  <a:graphicData uri="http://schemas.microsoft.com/office/word/2010/wordprocessingShape">
                    <wps:wsp>
                      <wps:cNvSpPr txBox="1"/>
                      <wps:spPr>
                        <a:xfrm>
                          <a:off x="0" y="0"/>
                          <a:ext cx="1272540" cy="327660"/>
                        </a:xfrm>
                        <a:prstGeom prst="rect">
                          <a:avLst/>
                        </a:prstGeom>
                        <a:noFill/>
                        <a:ln w="6350">
                          <a:noFill/>
                        </a:ln>
                      </wps:spPr>
                      <wps:txbx>
                        <w:txbxContent>
                          <w:p w14:paraId="127CCB38" w14:textId="77777777" w:rsidR="003F0EB7" w:rsidRDefault="003F0EB7" w:rsidP="003F0EB7">
                            <w:pPr>
                              <w:rPr>
                                <w:rtl/>
                              </w:rPr>
                            </w:pPr>
                            <w:r>
                              <w:rPr>
                                <w:rFonts w:hint="cs"/>
                                <w:rtl/>
                              </w:rPr>
                              <w:t>إعداد: أ. أحمد بن عبدالله</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69A31" id="_x0000_s1031" type="#_x0000_t202" style="position:absolute;margin-left:47.4pt;margin-top:193.2pt;width:100.2pt;height:25.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" filled="f" stroked="f" strokeweight=".5pt">
                <v:textbox>
                  <w:txbxContent>
                    <w:p w14:paraId="127CCB38" w14:textId="77777777" w:rsidR="003F0EB7" w:rsidRDefault="003F0EB7" w:rsidP="003F0EB7">
                      <w:pPr>
                        <w:rPr>
                          <w:rtl/>
                        </w:rPr>
                      </w:pPr>
                      <w:r>
                        <w:rPr>
                          <w:rFonts w:hint="cs"/>
                          <w:rtl/>
                        </w:rPr>
                        <w:t>إعداد: أ. أحمد بن عبدالله</w:t>
                      </w:r>
                    </w:p>
                  </w:txbxContent>
                </v:textbox>
              </v:shape>
            </w:pict>
          </mc:Fallback>
        </mc:AlternateContent>
      </w:r>
    </w:p>
    <w:p w14:paraId="3816FE8E" w14:textId="6010C920" w:rsidR="00F166F5" w:rsidRPr="0037468B" w:rsidRDefault="008911CD" w:rsidP="0037468B">
      <w:pPr>
        <w:shd w:val="clear" w:color="auto" w:fill="008080"/>
        <w:bidi/>
        <w:rPr>
          <w:rFonts w:cs="PT Bold Heading"/>
          <w:color w:val="FFFFFF" w:themeColor="background1"/>
          <w:sz w:val="20"/>
          <w:szCs w:val="24"/>
        </w:rPr>
      </w:pPr>
      <w:r>
        <w:rPr>
          <w:rFonts w:cs="PT Bold Heading" w:hint="cs"/>
          <w:color w:val="FFFFFF" w:themeColor="background1"/>
          <w:sz w:val="20"/>
          <w:szCs w:val="24"/>
          <w:rtl/>
        </w:rPr>
        <w:lastRenderedPageBreak/>
        <w:t>سابعاً</w:t>
      </w:r>
      <w:r w:rsidR="00022476" w:rsidRPr="0037468B">
        <w:rPr>
          <w:rFonts w:cs="PT Bold Heading"/>
          <w:color w:val="FFFFFF" w:themeColor="background1"/>
          <w:sz w:val="20"/>
          <w:szCs w:val="24"/>
          <w:rtl/>
        </w:rPr>
        <w:t>: خطة تحسين نواتج تعلم نافس - اللجان المدرسية</w:t>
      </w:r>
    </w:p>
    <w:tbl>
      <w:tblPr>
        <w:tblStyle w:val="afa"/>
        <w:bidiVisual/>
        <w:tblW w:w="0" w:type="auto"/>
        <w:tblLook w:val="04A0" w:firstRow="1" w:lastRow="0" w:firstColumn="1" w:lastColumn="0" w:noHBand="0" w:noVBand="1"/>
      </w:tblPr>
      <w:tblGrid>
        <w:gridCol w:w="677"/>
        <w:gridCol w:w="4184"/>
        <w:gridCol w:w="2430"/>
        <w:gridCol w:w="2430"/>
        <w:gridCol w:w="2430"/>
        <w:gridCol w:w="2431"/>
      </w:tblGrid>
      <w:tr w:rsidR="00F166F5" w:rsidRPr="0037468B" w14:paraId="1F468077" w14:textId="77777777" w:rsidTr="003F0EB7">
        <w:trPr>
          <w:trHeight w:val="1134"/>
        </w:trPr>
        <w:tc>
          <w:tcPr>
            <w:tcW w:w="677" w:type="dxa"/>
            <w:shd w:val="clear" w:color="auto" w:fill="DDD9C3" w:themeFill="background2" w:themeFillShade="E6"/>
            <w:vAlign w:val="center"/>
          </w:tcPr>
          <w:p w14:paraId="65304F72" w14:textId="77777777" w:rsidR="00F166F5" w:rsidRPr="0037468B" w:rsidRDefault="00022476" w:rsidP="0037468B">
            <w:pPr>
              <w:jc w:val="center"/>
            </w:pPr>
            <w:r w:rsidRPr="0037468B">
              <w:rPr>
                <w:rtl/>
              </w:rPr>
              <w:t>م</w:t>
            </w:r>
          </w:p>
        </w:tc>
        <w:tc>
          <w:tcPr>
            <w:tcW w:w="4184" w:type="dxa"/>
            <w:shd w:val="clear" w:color="auto" w:fill="DDD9C3" w:themeFill="background2" w:themeFillShade="E6"/>
            <w:vAlign w:val="center"/>
          </w:tcPr>
          <w:p w14:paraId="0964BBA8" w14:textId="77777777" w:rsidR="00F166F5" w:rsidRPr="0037468B" w:rsidRDefault="00022476" w:rsidP="0037468B">
            <w:pPr>
              <w:jc w:val="center"/>
            </w:pPr>
            <w:r w:rsidRPr="0037468B">
              <w:rPr>
                <w:rtl/>
              </w:rPr>
              <w:t>إجراءات التنفيذ</w:t>
            </w:r>
          </w:p>
        </w:tc>
        <w:tc>
          <w:tcPr>
            <w:tcW w:w="2430" w:type="dxa"/>
            <w:shd w:val="clear" w:color="auto" w:fill="DDD9C3" w:themeFill="background2" w:themeFillShade="E6"/>
            <w:vAlign w:val="center"/>
          </w:tcPr>
          <w:p w14:paraId="787FDD71" w14:textId="77777777" w:rsidR="00F166F5" w:rsidRPr="0037468B" w:rsidRDefault="00022476" w:rsidP="0037468B">
            <w:pPr>
              <w:jc w:val="center"/>
            </w:pPr>
            <w:r w:rsidRPr="0037468B">
              <w:rPr>
                <w:rtl/>
              </w:rPr>
              <w:t>مسؤولية التنفيذ</w:t>
            </w:r>
          </w:p>
        </w:tc>
        <w:tc>
          <w:tcPr>
            <w:tcW w:w="2430" w:type="dxa"/>
            <w:shd w:val="clear" w:color="auto" w:fill="DDD9C3" w:themeFill="background2" w:themeFillShade="E6"/>
            <w:vAlign w:val="center"/>
          </w:tcPr>
          <w:p w14:paraId="5C5F27D8" w14:textId="77777777" w:rsidR="00F166F5" w:rsidRPr="0037468B" w:rsidRDefault="00022476" w:rsidP="0037468B">
            <w:pPr>
              <w:jc w:val="center"/>
            </w:pPr>
            <w:r w:rsidRPr="0037468B">
              <w:rPr>
                <w:rtl/>
              </w:rPr>
              <w:t>المتابعة</w:t>
            </w:r>
          </w:p>
        </w:tc>
        <w:tc>
          <w:tcPr>
            <w:tcW w:w="2430" w:type="dxa"/>
            <w:shd w:val="clear" w:color="auto" w:fill="DDD9C3" w:themeFill="background2" w:themeFillShade="E6"/>
            <w:vAlign w:val="center"/>
          </w:tcPr>
          <w:p w14:paraId="4988639B" w14:textId="77777777" w:rsidR="00F166F5" w:rsidRPr="0037468B" w:rsidRDefault="00022476" w:rsidP="0037468B">
            <w:pPr>
              <w:jc w:val="center"/>
            </w:pPr>
            <w:r w:rsidRPr="0037468B">
              <w:rPr>
                <w:rtl/>
              </w:rPr>
              <w:t>مدة التنفيذ</w:t>
            </w:r>
          </w:p>
        </w:tc>
        <w:tc>
          <w:tcPr>
            <w:tcW w:w="2431" w:type="dxa"/>
            <w:shd w:val="clear" w:color="auto" w:fill="DDD9C3" w:themeFill="background2" w:themeFillShade="E6"/>
            <w:vAlign w:val="center"/>
          </w:tcPr>
          <w:p w14:paraId="10621EDB" w14:textId="77777777" w:rsidR="00F166F5" w:rsidRPr="0037468B" w:rsidRDefault="00022476" w:rsidP="0037468B">
            <w:pPr>
              <w:jc w:val="center"/>
            </w:pPr>
            <w:r w:rsidRPr="0037468B">
              <w:rPr>
                <w:rtl/>
              </w:rPr>
              <w:t>مؤشر الإنجاز</w:t>
            </w:r>
          </w:p>
        </w:tc>
      </w:tr>
      <w:tr w:rsidR="00F166F5" w:rsidRPr="0037468B" w14:paraId="7D62C384" w14:textId="77777777" w:rsidTr="003F0EB7">
        <w:trPr>
          <w:trHeight w:val="1134"/>
        </w:trPr>
        <w:tc>
          <w:tcPr>
            <w:tcW w:w="677" w:type="dxa"/>
            <w:shd w:val="clear" w:color="auto" w:fill="DDD9C3" w:themeFill="background2" w:themeFillShade="E6"/>
            <w:vAlign w:val="center"/>
          </w:tcPr>
          <w:p w14:paraId="6EBB24F4" w14:textId="77777777" w:rsidR="00F166F5" w:rsidRPr="0037468B" w:rsidRDefault="00022476" w:rsidP="0037468B">
            <w:pPr>
              <w:jc w:val="center"/>
            </w:pPr>
            <w:r w:rsidRPr="0037468B">
              <w:rPr>
                <w:rtl/>
              </w:rPr>
              <w:t>1</w:t>
            </w:r>
          </w:p>
        </w:tc>
        <w:tc>
          <w:tcPr>
            <w:tcW w:w="4184" w:type="dxa"/>
            <w:vAlign w:val="center"/>
          </w:tcPr>
          <w:p w14:paraId="1C8588AC" w14:textId="77777777" w:rsidR="00F166F5" w:rsidRPr="0037468B" w:rsidRDefault="00022476" w:rsidP="0037468B">
            <w:pPr>
              <w:jc w:val="right"/>
            </w:pPr>
            <w:r w:rsidRPr="0037468B">
              <w:rPr>
                <w:rtl/>
              </w:rPr>
              <w:t>دراسة نتائج نافس السابقة والقياسات الحالية وتحليلها وتحديد جوانب القوة والفجوات والأولويات.</w:t>
            </w:r>
          </w:p>
        </w:tc>
        <w:tc>
          <w:tcPr>
            <w:tcW w:w="2430" w:type="dxa"/>
            <w:vAlign w:val="center"/>
          </w:tcPr>
          <w:p w14:paraId="49D8F4D7" w14:textId="77777777" w:rsidR="00F166F5" w:rsidRPr="0037468B" w:rsidRDefault="00022476" w:rsidP="0037468B">
            <w:pPr>
              <w:jc w:val="center"/>
            </w:pPr>
            <w:r w:rsidRPr="0037468B">
              <w:rPr>
                <w:rtl/>
              </w:rPr>
              <w:t>لجنة التحصيل الدراسي</w:t>
            </w:r>
          </w:p>
        </w:tc>
        <w:tc>
          <w:tcPr>
            <w:tcW w:w="2430" w:type="dxa"/>
            <w:vAlign w:val="center"/>
          </w:tcPr>
          <w:p w14:paraId="2335CB73" w14:textId="77777777" w:rsidR="00F166F5" w:rsidRPr="0037468B" w:rsidRDefault="00022476" w:rsidP="0037468B">
            <w:pPr>
              <w:jc w:val="center"/>
            </w:pPr>
            <w:r w:rsidRPr="0037468B">
              <w:rPr>
                <w:rtl/>
              </w:rPr>
              <w:t>مدير المدرسة</w:t>
            </w:r>
          </w:p>
        </w:tc>
        <w:tc>
          <w:tcPr>
            <w:tcW w:w="2430" w:type="dxa"/>
            <w:vAlign w:val="center"/>
          </w:tcPr>
          <w:p w14:paraId="61CAD178" w14:textId="77777777" w:rsidR="00F166F5" w:rsidRPr="0037468B" w:rsidRDefault="00022476" w:rsidP="0037468B">
            <w:pPr>
              <w:jc w:val="center"/>
            </w:pPr>
            <w:r w:rsidRPr="0037468B">
              <w:rPr>
                <w:rtl/>
              </w:rPr>
              <w:t>بداية الخطة ودوريًا</w:t>
            </w:r>
          </w:p>
        </w:tc>
        <w:tc>
          <w:tcPr>
            <w:tcW w:w="2431" w:type="dxa"/>
            <w:vAlign w:val="center"/>
          </w:tcPr>
          <w:p w14:paraId="3CD2C881" w14:textId="77777777" w:rsidR="00F166F5" w:rsidRPr="0037468B" w:rsidRDefault="00022476" w:rsidP="0037468B">
            <w:pPr>
              <w:jc w:val="center"/>
            </w:pPr>
            <w:r w:rsidRPr="0037468B">
              <w:rPr>
                <w:rtl/>
              </w:rPr>
              <w:t>وجود تشخيص واضح ومحدث.</w:t>
            </w:r>
          </w:p>
        </w:tc>
      </w:tr>
      <w:tr w:rsidR="00F166F5" w:rsidRPr="0037468B" w14:paraId="526CEFAB" w14:textId="77777777" w:rsidTr="003F0EB7">
        <w:trPr>
          <w:trHeight w:val="1134"/>
        </w:trPr>
        <w:tc>
          <w:tcPr>
            <w:tcW w:w="677" w:type="dxa"/>
            <w:shd w:val="clear" w:color="auto" w:fill="DDD9C3" w:themeFill="background2" w:themeFillShade="E6"/>
            <w:vAlign w:val="center"/>
          </w:tcPr>
          <w:p w14:paraId="50F3AA2B" w14:textId="77777777" w:rsidR="00F166F5" w:rsidRPr="0037468B" w:rsidRDefault="00022476" w:rsidP="0037468B">
            <w:pPr>
              <w:jc w:val="center"/>
            </w:pPr>
            <w:r w:rsidRPr="0037468B">
              <w:rPr>
                <w:rtl/>
              </w:rPr>
              <w:t>2</w:t>
            </w:r>
          </w:p>
        </w:tc>
        <w:tc>
          <w:tcPr>
            <w:tcW w:w="4184" w:type="dxa"/>
            <w:vAlign w:val="center"/>
          </w:tcPr>
          <w:p w14:paraId="2ED42058" w14:textId="77777777" w:rsidR="00F166F5" w:rsidRPr="0037468B" w:rsidRDefault="00022476" w:rsidP="0037468B">
            <w:pPr>
              <w:jc w:val="right"/>
            </w:pPr>
            <w:r w:rsidRPr="0037468B">
              <w:rPr>
                <w:rtl/>
              </w:rPr>
              <w:t>تزويد معلمي المواد المستهدفة بنتائج التحليل والتوصيات المرتبطة بالمهارات ذات الأولوية.</w:t>
            </w:r>
          </w:p>
        </w:tc>
        <w:tc>
          <w:tcPr>
            <w:tcW w:w="2430" w:type="dxa"/>
            <w:vAlign w:val="center"/>
          </w:tcPr>
          <w:p w14:paraId="1AE998F4" w14:textId="77777777" w:rsidR="00F166F5" w:rsidRPr="0037468B" w:rsidRDefault="00022476" w:rsidP="0037468B">
            <w:pPr>
              <w:jc w:val="center"/>
            </w:pPr>
            <w:r w:rsidRPr="0037468B">
              <w:rPr>
                <w:rtl/>
              </w:rPr>
              <w:t>لجنة التحصيل الدراسي</w:t>
            </w:r>
          </w:p>
        </w:tc>
        <w:tc>
          <w:tcPr>
            <w:tcW w:w="2430" w:type="dxa"/>
            <w:vAlign w:val="center"/>
          </w:tcPr>
          <w:p w14:paraId="0E9D78F9" w14:textId="77777777" w:rsidR="00F166F5" w:rsidRPr="0037468B" w:rsidRDefault="00022476" w:rsidP="0037468B">
            <w:pPr>
              <w:jc w:val="center"/>
            </w:pPr>
            <w:r w:rsidRPr="0037468B">
              <w:rPr>
                <w:rtl/>
              </w:rPr>
              <w:t>مدير المدرسة</w:t>
            </w:r>
          </w:p>
        </w:tc>
        <w:tc>
          <w:tcPr>
            <w:tcW w:w="2430" w:type="dxa"/>
            <w:vAlign w:val="center"/>
          </w:tcPr>
          <w:p w14:paraId="4A36A200" w14:textId="77777777" w:rsidR="00F166F5" w:rsidRPr="0037468B" w:rsidRDefault="00022476" w:rsidP="0037468B">
            <w:pPr>
              <w:jc w:val="center"/>
            </w:pPr>
            <w:r w:rsidRPr="0037468B">
              <w:rPr>
                <w:rtl/>
              </w:rPr>
              <w:t>بعد كل تحليل</w:t>
            </w:r>
          </w:p>
        </w:tc>
        <w:tc>
          <w:tcPr>
            <w:tcW w:w="2431" w:type="dxa"/>
            <w:vAlign w:val="center"/>
          </w:tcPr>
          <w:p w14:paraId="2CF1C706" w14:textId="77777777" w:rsidR="00F166F5" w:rsidRPr="0037468B" w:rsidRDefault="00022476" w:rsidP="0037468B">
            <w:pPr>
              <w:jc w:val="center"/>
            </w:pPr>
            <w:r w:rsidRPr="0037468B">
              <w:rPr>
                <w:rtl/>
              </w:rPr>
              <w:t>ربط التدريس والتدريب بنتائج التحليل.</w:t>
            </w:r>
          </w:p>
        </w:tc>
      </w:tr>
      <w:tr w:rsidR="00F166F5" w:rsidRPr="0037468B" w14:paraId="0D6F12E3" w14:textId="77777777" w:rsidTr="003F0EB7">
        <w:trPr>
          <w:trHeight w:val="1134"/>
        </w:trPr>
        <w:tc>
          <w:tcPr>
            <w:tcW w:w="677" w:type="dxa"/>
            <w:shd w:val="clear" w:color="auto" w:fill="DDD9C3" w:themeFill="background2" w:themeFillShade="E6"/>
            <w:vAlign w:val="center"/>
          </w:tcPr>
          <w:p w14:paraId="38335FB1" w14:textId="77777777" w:rsidR="00F166F5" w:rsidRPr="0037468B" w:rsidRDefault="00022476" w:rsidP="0037468B">
            <w:pPr>
              <w:jc w:val="center"/>
            </w:pPr>
            <w:r w:rsidRPr="0037468B">
              <w:rPr>
                <w:rtl/>
              </w:rPr>
              <w:t>3</w:t>
            </w:r>
          </w:p>
        </w:tc>
        <w:tc>
          <w:tcPr>
            <w:tcW w:w="4184" w:type="dxa"/>
            <w:vAlign w:val="center"/>
          </w:tcPr>
          <w:p w14:paraId="25EAEAB6" w14:textId="4DEB29EC" w:rsidR="00F166F5" w:rsidRPr="0037468B" w:rsidRDefault="00EC7468" w:rsidP="00EC7468">
            <w:pPr>
              <w:bidi/>
            </w:pPr>
            <w:r w:rsidRPr="00EC7468">
              <w:rPr>
                <w:rtl/>
              </w:rPr>
              <w:t>تحليل نتائج القياسات الدورية، ومناقشة مستوى التقدم نحو المستهدفات، وتحديد الفجوات، واقتراح الإجراءات التصحيحية المناسبة عند الحاجة</w:t>
            </w:r>
            <w:r w:rsidRPr="00EC7468">
              <w:t>.</w:t>
            </w:r>
          </w:p>
        </w:tc>
        <w:tc>
          <w:tcPr>
            <w:tcW w:w="2430" w:type="dxa"/>
            <w:vAlign w:val="center"/>
          </w:tcPr>
          <w:p w14:paraId="403B00B0" w14:textId="77777777" w:rsidR="00F166F5" w:rsidRPr="0037468B" w:rsidRDefault="00022476" w:rsidP="0037468B">
            <w:pPr>
              <w:jc w:val="center"/>
            </w:pPr>
            <w:r w:rsidRPr="0037468B">
              <w:rPr>
                <w:rtl/>
              </w:rPr>
              <w:t>لجنة التحصيل الدراسي</w:t>
            </w:r>
          </w:p>
        </w:tc>
        <w:tc>
          <w:tcPr>
            <w:tcW w:w="2430" w:type="dxa"/>
            <w:vAlign w:val="center"/>
          </w:tcPr>
          <w:p w14:paraId="32963F19" w14:textId="77777777" w:rsidR="00F166F5" w:rsidRPr="0037468B" w:rsidRDefault="00022476" w:rsidP="0037468B">
            <w:pPr>
              <w:jc w:val="center"/>
            </w:pPr>
            <w:r w:rsidRPr="0037468B">
              <w:rPr>
                <w:rtl/>
              </w:rPr>
              <w:t>مدير المدرسة</w:t>
            </w:r>
          </w:p>
        </w:tc>
        <w:tc>
          <w:tcPr>
            <w:tcW w:w="2430" w:type="dxa"/>
            <w:vAlign w:val="center"/>
          </w:tcPr>
          <w:p w14:paraId="48FF6FC8" w14:textId="77777777" w:rsidR="00F166F5" w:rsidRPr="0037468B" w:rsidRDefault="00022476" w:rsidP="0037468B">
            <w:pPr>
              <w:jc w:val="center"/>
            </w:pPr>
            <w:r w:rsidRPr="0037468B">
              <w:rPr>
                <w:rtl/>
              </w:rPr>
              <w:t>شهري وبعد القياس</w:t>
            </w:r>
          </w:p>
        </w:tc>
        <w:tc>
          <w:tcPr>
            <w:tcW w:w="2431" w:type="dxa"/>
            <w:vAlign w:val="center"/>
          </w:tcPr>
          <w:p w14:paraId="0A70335C" w14:textId="77777777" w:rsidR="00F166F5" w:rsidRPr="0037468B" w:rsidRDefault="00022476" w:rsidP="0037468B">
            <w:pPr>
              <w:jc w:val="center"/>
            </w:pPr>
            <w:r w:rsidRPr="0037468B">
              <w:rPr>
                <w:rtl/>
              </w:rPr>
              <w:t>تحسن المؤشرات واتخاذ قرارات واضحة.</w:t>
            </w:r>
          </w:p>
        </w:tc>
      </w:tr>
      <w:tr w:rsidR="00F166F5" w:rsidRPr="0037468B" w14:paraId="2A224923" w14:textId="77777777" w:rsidTr="003F0EB7">
        <w:trPr>
          <w:trHeight w:val="1134"/>
        </w:trPr>
        <w:tc>
          <w:tcPr>
            <w:tcW w:w="677" w:type="dxa"/>
            <w:shd w:val="clear" w:color="auto" w:fill="DDD9C3" w:themeFill="background2" w:themeFillShade="E6"/>
            <w:vAlign w:val="center"/>
          </w:tcPr>
          <w:p w14:paraId="7934465C" w14:textId="77777777" w:rsidR="00F166F5" w:rsidRPr="0037468B" w:rsidRDefault="00022476" w:rsidP="0037468B">
            <w:pPr>
              <w:jc w:val="center"/>
            </w:pPr>
            <w:r w:rsidRPr="0037468B">
              <w:rPr>
                <w:rtl/>
              </w:rPr>
              <w:t>4</w:t>
            </w:r>
          </w:p>
        </w:tc>
        <w:tc>
          <w:tcPr>
            <w:tcW w:w="4184" w:type="dxa"/>
            <w:vAlign w:val="center"/>
          </w:tcPr>
          <w:p w14:paraId="657C2497" w14:textId="77777777" w:rsidR="00F166F5" w:rsidRPr="0037468B" w:rsidRDefault="00022476" w:rsidP="0037468B">
            <w:pPr>
              <w:jc w:val="right"/>
            </w:pPr>
            <w:r w:rsidRPr="0037468B">
              <w:rPr>
                <w:rtl/>
              </w:rPr>
              <w:t>دراسة الحاجة إلى حصص علاجية أو إثرائية للطلاب بالتنسيق مع المعلمين وفق النتائج.</w:t>
            </w:r>
          </w:p>
        </w:tc>
        <w:tc>
          <w:tcPr>
            <w:tcW w:w="2430" w:type="dxa"/>
            <w:vAlign w:val="center"/>
          </w:tcPr>
          <w:p w14:paraId="6694A7B8" w14:textId="77777777" w:rsidR="00F166F5" w:rsidRPr="0037468B" w:rsidRDefault="00022476" w:rsidP="0037468B">
            <w:pPr>
              <w:jc w:val="center"/>
            </w:pPr>
            <w:r w:rsidRPr="0037468B">
              <w:rPr>
                <w:rtl/>
              </w:rPr>
              <w:t>لجنة التوجيه الطلابي</w:t>
            </w:r>
          </w:p>
        </w:tc>
        <w:tc>
          <w:tcPr>
            <w:tcW w:w="2430" w:type="dxa"/>
            <w:vAlign w:val="center"/>
          </w:tcPr>
          <w:p w14:paraId="6FF32923" w14:textId="77777777" w:rsidR="00F166F5" w:rsidRPr="0037468B" w:rsidRDefault="00022476" w:rsidP="0037468B">
            <w:pPr>
              <w:jc w:val="center"/>
            </w:pPr>
            <w:r w:rsidRPr="0037468B">
              <w:rPr>
                <w:rtl/>
              </w:rPr>
              <w:t>وكيل المدرسة لشؤون الطلاب</w:t>
            </w:r>
          </w:p>
        </w:tc>
        <w:tc>
          <w:tcPr>
            <w:tcW w:w="2430" w:type="dxa"/>
            <w:vAlign w:val="center"/>
          </w:tcPr>
          <w:p w14:paraId="5E7E281D" w14:textId="77777777" w:rsidR="00F166F5" w:rsidRPr="0037468B" w:rsidRDefault="00022476" w:rsidP="0037468B">
            <w:pPr>
              <w:jc w:val="center"/>
            </w:pPr>
            <w:r w:rsidRPr="0037468B">
              <w:rPr>
                <w:rtl/>
              </w:rPr>
              <w:t>حسب الحاجة</w:t>
            </w:r>
          </w:p>
        </w:tc>
        <w:tc>
          <w:tcPr>
            <w:tcW w:w="2431" w:type="dxa"/>
            <w:vAlign w:val="center"/>
          </w:tcPr>
          <w:p w14:paraId="28D5B8E1" w14:textId="77777777" w:rsidR="00F166F5" w:rsidRPr="0037468B" w:rsidRDefault="00022476" w:rsidP="0037468B">
            <w:pPr>
              <w:jc w:val="center"/>
            </w:pPr>
            <w:r w:rsidRPr="0037468B">
              <w:rPr>
                <w:rtl/>
              </w:rPr>
              <w:t>تنفيذ الدعم للفئات المستهدفة.</w:t>
            </w:r>
          </w:p>
        </w:tc>
      </w:tr>
      <w:tr w:rsidR="00F166F5" w:rsidRPr="0037468B" w14:paraId="60A2E7DE" w14:textId="77777777" w:rsidTr="003F0EB7">
        <w:trPr>
          <w:trHeight w:val="1134"/>
        </w:trPr>
        <w:tc>
          <w:tcPr>
            <w:tcW w:w="677" w:type="dxa"/>
            <w:shd w:val="clear" w:color="auto" w:fill="DDD9C3" w:themeFill="background2" w:themeFillShade="E6"/>
            <w:vAlign w:val="center"/>
          </w:tcPr>
          <w:p w14:paraId="005C7C71" w14:textId="77777777" w:rsidR="00F166F5" w:rsidRPr="0037468B" w:rsidRDefault="00022476" w:rsidP="0037468B">
            <w:pPr>
              <w:jc w:val="center"/>
            </w:pPr>
            <w:r w:rsidRPr="0037468B">
              <w:rPr>
                <w:rtl/>
              </w:rPr>
              <w:t>5</w:t>
            </w:r>
          </w:p>
        </w:tc>
        <w:tc>
          <w:tcPr>
            <w:tcW w:w="4184" w:type="dxa"/>
            <w:vAlign w:val="center"/>
          </w:tcPr>
          <w:p w14:paraId="771E9B6B" w14:textId="77777777" w:rsidR="00F166F5" w:rsidRPr="0037468B" w:rsidRDefault="00022476" w:rsidP="0037468B">
            <w:pPr>
              <w:jc w:val="right"/>
            </w:pPr>
            <w:r w:rsidRPr="0037468B">
              <w:rPr>
                <w:rtl/>
              </w:rPr>
              <w:t>تشجيع المعلمين على تبادل أفضل الممارسات التدريسية التي أثبتت أثرًا في تحسين نتائج الطلاب.</w:t>
            </w:r>
          </w:p>
        </w:tc>
        <w:tc>
          <w:tcPr>
            <w:tcW w:w="2430" w:type="dxa"/>
            <w:vAlign w:val="center"/>
          </w:tcPr>
          <w:p w14:paraId="6C3D43B1" w14:textId="77777777" w:rsidR="00F166F5" w:rsidRPr="0037468B" w:rsidRDefault="00022476" w:rsidP="0037468B">
            <w:pPr>
              <w:jc w:val="center"/>
            </w:pPr>
            <w:r w:rsidRPr="0037468B">
              <w:rPr>
                <w:rtl/>
              </w:rPr>
              <w:t>لجنة التميز</w:t>
            </w:r>
          </w:p>
        </w:tc>
        <w:tc>
          <w:tcPr>
            <w:tcW w:w="2430" w:type="dxa"/>
            <w:vAlign w:val="center"/>
          </w:tcPr>
          <w:p w14:paraId="055AD437" w14:textId="77777777" w:rsidR="00F166F5" w:rsidRPr="0037468B" w:rsidRDefault="00022476" w:rsidP="0037468B">
            <w:pPr>
              <w:jc w:val="center"/>
            </w:pPr>
            <w:r w:rsidRPr="0037468B">
              <w:rPr>
                <w:rtl/>
              </w:rPr>
              <w:t>مدير المدرسة</w:t>
            </w:r>
          </w:p>
        </w:tc>
        <w:tc>
          <w:tcPr>
            <w:tcW w:w="2430" w:type="dxa"/>
            <w:vAlign w:val="center"/>
          </w:tcPr>
          <w:p w14:paraId="088BFFA6" w14:textId="77777777" w:rsidR="00F166F5" w:rsidRPr="0037468B" w:rsidRDefault="00022476" w:rsidP="0037468B">
            <w:pPr>
              <w:jc w:val="center"/>
            </w:pPr>
            <w:r w:rsidRPr="0037468B">
              <w:rPr>
                <w:rtl/>
              </w:rPr>
              <w:t>مستمر</w:t>
            </w:r>
          </w:p>
        </w:tc>
        <w:tc>
          <w:tcPr>
            <w:tcW w:w="2431" w:type="dxa"/>
            <w:vAlign w:val="center"/>
          </w:tcPr>
          <w:p w14:paraId="7DDB4995" w14:textId="77777777" w:rsidR="00F166F5" w:rsidRPr="0037468B" w:rsidRDefault="00022476" w:rsidP="0037468B">
            <w:pPr>
              <w:jc w:val="center"/>
            </w:pPr>
            <w:r w:rsidRPr="0037468B">
              <w:rPr>
                <w:rtl/>
              </w:rPr>
              <w:t>تطبيق الممارسات الناجحة.</w:t>
            </w:r>
          </w:p>
        </w:tc>
      </w:tr>
      <w:tr w:rsidR="00F166F5" w:rsidRPr="0037468B" w14:paraId="095FDB66" w14:textId="77777777" w:rsidTr="003F0EB7">
        <w:trPr>
          <w:trHeight w:val="1134"/>
        </w:trPr>
        <w:tc>
          <w:tcPr>
            <w:tcW w:w="677" w:type="dxa"/>
            <w:shd w:val="clear" w:color="auto" w:fill="DDD9C3" w:themeFill="background2" w:themeFillShade="E6"/>
            <w:vAlign w:val="center"/>
          </w:tcPr>
          <w:p w14:paraId="64A60A89" w14:textId="77777777" w:rsidR="00F166F5" w:rsidRPr="0037468B" w:rsidRDefault="00022476" w:rsidP="0037468B">
            <w:pPr>
              <w:jc w:val="center"/>
            </w:pPr>
            <w:r w:rsidRPr="0037468B">
              <w:rPr>
                <w:rtl/>
              </w:rPr>
              <w:t>6</w:t>
            </w:r>
          </w:p>
        </w:tc>
        <w:tc>
          <w:tcPr>
            <w:tcW w:w="4184" w:type="dxa"/>
            <w:vAlign w:val="center"/>
          </w:tcPr>
          <w:p w14:paraId="50EF1045" w14:textId="77777777" w:rsidR="00F166F5" w:rsidRPr="0037468B" w:rsidRDefault="00022476" w:rsidP="0037468B">
            <w:pPr>
              <w:jc w:val="right"/>
            </w:pPr>
            <w:r w:rsidRPr="0037468B">
              <w:rPr>
                <w:rtl/>
              </w:rPr>
              <w:t>مناقشة تقارير الاختبارات الوطنية وإقرار التوصيات المناسبة ومتابعة تنفيذها.</w:t>
            </w:r>
          </w:p>
        </w:tc>
        <w:tc>
          <w:tcPr>
            <w:tcW w:w="2430" w:type="dxa"/>
            <w:vAlign w:val="center"/>
          </w:tcPr>
          <w:p w14:paraId="7E50137C" w14:textId="77777777" w:rsidR="00F166F5" w:rsidRPr="0037468B" w:rsidRDefault="00022476" w:rsidP="0037468B">
            <w:pPr>
              <w:jc w:val="center"/>
            </w:pPr>
            <w:r w:rsidRPr="0037468B">
              <w:rPr>
                <w:rtl/>
              </w:rPr>
              <w:t>اللجنة الإدارية</w:t>
            </w:r>
          </w:p>
        </w:tc>
        <w:tc>
          <w:tcPr>
            <w:tcW w:w="2430" w:type="dxa"/>
            <w:vAlign w:val="center"/>
          </w:tcPr>
          <w:p w14:paraId="610875E1" w14:textId="77777777" w:rsidR="00F166F5" w:rsidRPr="0037468B" w:rsidRDefault="00022476" w:rsidP="0037468B">
            <w:pPr>
              <w:jc w:val="center"/>
            </w:pPr>
            <w:r w:rsidRPr="0037468B">
              <w:rPr>
                <w:rtl/>
              </w:rPr>
              <w:t>مدير المدرسة</w:t>
            </w:r>
          </w:p>
        </w:tc>
        <w:tc>
          <w:tcPr>
            <w:tcW w:w="2430" w:type="dxa"/>
            <w:vAlign w:val="center"/>
          </w:tcPr>
          <w:p w14:paraId="1C9F2011" w14:textId="77777777" w:rsidR="00F166F5" w:rsidRPr="0037468B" w:rsidRDefault="00022476" w:rsidP="0037468B">
            <w:pPr>
              <w:jc w:val="center"/>
            </w:pPr>
            <w:r w:rsidRPr="0037468B">
              <w:rPr>
                <w:rtl/>
              </w:rPr>
              <w:t>بعد صدور النتائج ودوريًا</w:t>
            </w:r>
          </w:p>
        </w:tc>
        <w:tc>
          <w:tcPr>
            <w:tcW w:w="2431" w:type="dxa"/>
            <w:vAlign w:val="center"/>
          </w:tcPr>
          <w:p w14:paraId="1F9DF229" w14:textId="77777777" w:rsidR="00F166F5" w:rsidRPr="0037468B" w:rsidRDefault="00022476" w:rsidP="0037468B">
            <w:pPr>
              <w:jc w:val="center"/>
            </w:pPr>
            <w:r w:rsidRPr="0037468B">
              <w:rPr>
                <w:rtl/>
              </w:rPr>
              <w:t>اعتماد التوصيات ومتابعة تنفيذها.</w:t>
            </w:r>
          </w:p>
        </w:tc>
      </w:tr>
    </w:tbl>
    <w:p w14:paraId="3D709CFD" w14:textId="5D5250A8" w:rsidR="00F166F5" w:rsidRDefault="003F0EB7">
      <w:pPr>
        <w:sectPr w:rsidR="00F166F5">
          <w:pgSz w:w="15840" w:h="12240" w:orient="landscape"/>
          <w:pgMar w:top="624" w:right="624" w:bottom="624" w:left="624" w:header="720" w:footer="720" w:gutter="0"/>
          <w:cols w:space="720"/>
          <w:docGrid w:linePitch="360"/>
        </w:sectPr>
      </w:pPr>
      <w:r>
        <w:rPr>
          <w:rFonts w:cs="Khalid Art bold" w:hint="cs"/>
          <w:noProof/>
          <w:color w:val="008080"/>
          <w:sz w:val="20"/>
          <w:szCs w:val="24"/>
          <w:rtl/>
          <w:lang w:val="ar-SA"/>
        </w:rPr>
        <mc:AlternateContent>
          <mc:Choice Requires="wps">
            <w:drawing>
              <wp:anchor distT="0" distB="0" distL="114300" distR="114300" simplePos="0" relativeHeight="251671552" behindDoc="0" locked="0" layoutInCell="1" allowOverlap="1" wp14:anchorId="39ED15D2" wp14:editId="6C5B9582">
                <wp:simplePos x="0" y="0"/>
                <wp:positionH relativeFrom="column">
                  <wp:posOffset>1036320</wp:posOffset>
                </wp:positionH>
                <wp:positionV relativeFrom="paragraph">
                  <wp:posOffset>746760</wp:posOffset>
                </wp:positionV>
                <wp:extent cx="1272540" cy="327660"/>
                <wp:effectExtent l="0" t="0" r="0" b="0"/>
                <wp:wrapNone/>
                <wp:docPr id="1666578826" name="مربع نص 1"/>
                <wp:cNvGraphicFramePr/>
                <a:graphic xmlns:a="http://schemas.openxmlformats.org/drawingml/2006/main">
                  <a:graphicData uri="http://schemas.microsoft.com/office/word/2010/wordprocessingShape">
                    <wps:wsp>
                      <wps:cNvSpPr txBox="1"/>
                      <wps:spPr>
                        <a:xfrm>
                          <a:off x="0" y="0"/>
                          <a:ext cx="1272540" cy="327660"/>
                        </a:xfrm>
                        <a:prstGeom prst="rect">
                          <a:avLst/>
                        </a:prstGeom>
                        <a:noFill/>
                        <a:ln w="6350">
                          <a:noFill/>
                        </a:ln>
                      </wps:spPr>
                      <wps:txbx>
                        <w:txbxContent>
                          <w:p w14:paraId="2BAF4631" w14:textId="77777777" w:rsidR="003F0EB7" w:rsidRDefault="003F0EB7" w:rsidP="003F0EB7">
                            <w:pPr>
                              <w:rPr>
                                <w:rtl/>
                              </w:rPr>
                            </w:pPr>
                            <w:r>
                              <w:rPr>
                                <w:rFonts w:hint="cs"/>
                                <w:rtl/>
                              </w:rPr>
                              <w:t>إعداد: أ. أحمد بن عبدالله</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D15D2" id="_x0000_s1032" type="#_x0000_t202" style="position:absolute;margin-left:81.6pt;margin-top:58.8pt;width:100.2pt;height:25.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" filled="f" stroked="f" strokeweight=".5pt">
                <v:textbox>
                  <w:txbxContent>
                    <w:p w14:paraId="2BAF4631" w14:textId="77777777" w:rsidR="003F0EB7" w:rsidRDefault="003F0EB7" w:rsidP="003F0EB7">
                      <w:pPr>
                        <w:rPr>
                          <w:rtl/>
                        </w:rPr>
                      </w:pPr>
                      <w:r>
                        <w:rPr>
                          <w:rFonts w:hint="cs"/>
                          <w:rtl/>
                        </w:rPr>
                        <w:t>إعداد: أ. أحمد بن عبدالله</w:t>
                      </w:r>
                    </w:p>
                  </w:txbxContent>
                </v:textbox>
              </v:shape>
            </w:pict>
          </mc:Fallback>
        </mc:AlternateContent>
      </w:r>
    </w:p>
    <w:p w14:paraId="244373F2" w14:textId="7165D248" w:rsidR="00F166F5" w:rsidRPr="00803979" w:rsidRDefault="008911CD" w:rsidP="00803979">
      <w:pPr>
        <w:shd w:val="clear" w:color="auto" w:fill="008080"/>
        <w:bidi/>
        <w:rPr>
          <w:rFonts w:cs="PT Bold Heading"/>
          <w:color w:val="FFFFFF" w:themeColor="background1"/>
          <w:sz w:val="20"/>
          <w:szCs w:val="24"/>
        </w:rPr>
      </w:pPr>
      <w:r>
        <w:rPr>
          <w:rFonts w:cs="PT Bold Heading" w:hint="cs"/>
          <w:color w:val="FFFFFF" w:themeColor="background1"/>
          <w:sz w:val="20"/>
          <w:szCs w:val="24"/>
          <w:rtl/>
        </w:rPr>
        <w:lastRenderedPageBreak/>
        <w:t>ثامناً</w:t>
      </w:r>
      <w:r w:rsidR="00022476" w:rsidRPr="00803979">
        <w:rPr>
          <w:rFonts w:cs="PT Bold Heading"/>
          <w:color w:val="FFFFFF" w:themeColor="background1"/>
          <w:sz w:val="20"/>
          <w:szCs w:val="24"/>
          <w:rtl/>
        </w:rPr>
        <w:t>: المتابعة والقياس</w:t>
      </w:r>
      <w:r w:rsidR="00803979">
        <w:rPr>
          <w:rFonts w:cs="PT Bold Heading" w:hint="cs"/>
          <w:color w:val="FFFFFF" w:themeColor="background1"/>
          <w:sz w:val="20"/>
          <w:szCs w:val="24"/>
          <w:rtl/>
        </w:rPr>
        <w:t>:</w:t>
      </w:r>
    </w:p>
    <w:p w14:paraId="4AC3E32E" w14:textId="0B1C0EBB" w:rsidR="00F166F5" w:rsidRDefault="00220B9C" w:rsidP="00220B9C">
      <w:pPr>
        <w:bidi/>
        <w:spacing w:after="40" w:line="240" w:lineRule="auto"/>
      </w:pPr>
      <w:r w:rsidRPr="00220B9C">
        <w:rPr>
          <w:sz w:val="17"/>
          <w:rtl/>
        </w:rPr>
        <w:t>يستخدم هذا الجدول لمتابعة تقدم الطلاب في المهارات التي أظهر التشخيص حاجتها إلى التحسين، وذلك انطلاقًا من خط الأساس وإجراء قياسات دورية متتابعة؛ للتحقق من مقدار التقدم نحو المستهدف التحسيني واتخاذ القرار المناسب: استمرار - تعديل - تكثيف - تعزيز</w:t>
      </w:r>
      <w:r w:rsidRPr="00220B9C">
        <w:rPr>
          <w:sz w:val="17"/>
        </w:rPr>
        <w:t>.</w:t>
      </w:r>
    </w:p>
    <w:tbl>
      <w:tblPr>
        <w:tblStyle w:val="afa"/>
        <w:bidiVisual/>
        <w:tblW w:w="0" w:type="auto"/>
        <w:jc w:val="center"/>
        <w:tblLook w:val="04A0" w:firstRow="1" w:lastRow="0" w:firstColumn="1" w:lastColumn="0" w:noHBand="0" w:noVBand="1"/>
      </w:tblPr>
      <w:tblGrid>
        <w:gridCol w:w="1365"/>
        <w:gridCol w:w="1365"/>
        <w:gridCol w:w="1366"/>
        <w:gridCol w:w="1366"/>
        <w:gridCol w:w="1366"/>
        <w:gridCol w:w="1366"/>
        <w:gridCol w:w="1366"/>
        <w:gridCol w:w="1366"/>
      </w:tblGrid>
      <w:tr w:rsidR="006D1732" w:rsidRPr="00803979" w14:paraId="42F68C18" w14:textId="77777777" w:rsidTr="00D170AE">
        <w:trPr>
          <w:trHeight w:val="567"/>
          <w:jc w:val="center"/>
        </w:trPr>
        <w:tc>
          <w:tcPr>
            <w:tcW w:w="1367" w:type="dxa"/>
            <w:shd w:val="clear" w:color="auto" w:fill="DDD9C3" w:themeFill="background2" w:themeFillShade="E6"/>
            <w:vAlign w:val="center"/>
          </w:tcPr>
          <w:p w14:paraId="57EF3480" w14:textId="77777777" w:rsidR="006D1732" w:rsidRPr="00803979" w:rsidRDefault="006D1732" w:rsidP="00803979">
            <w:pPr>
              <w:bidi/>
              <w:jc w:val="center"/>
              <w:rPr>
                <w:color w:val="000000" w:themeColor="text1"/>
              </w:rPr>
            </w:pPr>
            <w:r w:rsidRPr="00803979">
              <w:rPr>
                <w:b/>
                <w:color w:val="000000" w:themeColor="text1"/>
                <w:sz w:val="14"/>
                <w:rtl/>
              </w:rPr>
              <w:t>الصف</w:t>
            </w:r>
          </w:p>
        </w:tc>
        <w:tc>
          <w:tcPr>
            <w:tcW w:w="1367" w:type="dxa"/>
            <w:shd w:val="clear" w:color="auto" w:fill="DDD9C3" w:themeFill="background2" w:themeFillShade="E6"/>
            <w:vAlign w:val="center"/>
          </w:tcPr>
          <w:p w14:paraId="0EBDF5B5" w14:textId="77777777" w:rsidR="006D1732" w:rsidRPr="00803979" w:rsidRDefault="006D1732" w:rsidP="00803979">
            <w:pPr>
              <w:bidi/>
              <w:jc w:val="center"/>
              <w:rPr>
                <w:color w:val="000000" w:themeColor="text1"/>
              </w:rPr>
            </w:pPr>
            <w:r w:rsidRPr="00803979">
              <w:rPr>
                <w:b/>
                <w:color w:val="000000" w:themeColor="text1"/>
                <w:sz w:val="14"/>
                <w:rtl/>
              </w:rPr>
              <w:t>المادة</w:t>
            </w:r>
          </w:p>
        </w:tc>
        <w:tc>
          <w:tcPr>
            <w:tcW w:w="1367" w:type="dxa"/>
            <w:shd w:val="clear" w:color="auto" w:fill="DDD9C3" w:themeFill="background2" w:themeFillShade="E6"/>
            <w:vAlign w:val="center"/>
          </w:tcPr>
          <w:p w14:paraId="2887E71D" w14:textId="5D5C0A71" w:rsidR="006D1732" w:rsidRPr="00803979" w:rsidRDefault="006D1732" w:rsidP="00803979">
            <w:pPr>
              <w:bidi/>
              <w:jc w:val="center"/>
              <w:rPr>
                <w:color w:val="000000" w:themeColor="text1"/>
              </w:rPr>
            </w:pPr>
            <w:r>
              <w:rPr>
                <w:rFonts w:hint="cs"/>
                <w:b/>
                <w:color w:val="000000" w:themeColor="text1"/>
                <w:sz w:val="14"/>
                <w:rtl/>
              </w:rPr>
              <w:t>المهارة المستهدفة</w:t>
            </w:r>
          </w:p>
        </w:tc>
        <w:tc>
          <w:tcPr>
            <w:tcW w:w="1367" w:type="dxa"/>
            <w:shd w:val="clear" w:color="auto" w:fill="DDD9C3" w:themeFill="background2" w:themeFillShade="E6"/>
            <w:vAlign w:val="center"/>
          </w:tcPr>
          <w:p w14:paraId="00BA0C85" w14:textId="6DE148FC" w:rsidR="006D1732" w:rsidRPr="00803979" w:rsidRDefault="006D1732" w:rsidP="00803979">
            <w:pPr>
              <w:bidi/>
              <w:jc w:val="center"/>
              <w:rPr>
                <w:color w:val="000000" w:themeColor="text1"/>
              </w:rPr>
            </w:pPr>
            <w:r>
              <w:rPr>
                <w:rFonts w:hint="cs"/>
                <w:b/>
                <w:color w:val="000000" w:themeColor="text1"/>
                <w:sz w:val="14"/>
                <w:rtl/>
              </w:rPr>
              <w:t>خط الأساس</w:t>
            </w:r>
          </w:p>
        </w:tc>
        <w:tc>
          <w:tcPr>
            <w:tcW w:w="1367" w:type="dxa"/>
            <w:shd w:val="clear" w:color="auto" w:fill="DDD9C3" w:themeFill="background2" w:themeFillShade="E6"/>
            <w:vAlign w:val="center"/>
          </w:tcPr>
          <w:p w14:paraId="7C7EFAA4" w14:textId="658ECF35" w:rsidR="006D1732" w:rsidRPr="00803979" w:rsidRDefault="006D1732" w:rsidP="00803979">
            <w:pPr>
              <w:bidi/>
              <w:jc w:val="center"/>
              <w:rPr>
                <w:color w:val="000000" w:themeColor="text1"/>
              </w:rPr>
            </w:pPr>
            <w:r>
              <w:rPr>
                <w:rFonts w:hint="cs"/>
                <w:b/>
                <w:color w:val="000000" w:themeColor="text1"/>
                <w:sz w:val="14"/>
                <w:rtl/>
              </w:rPr>
              <w:t>القياس الأول</w:t>
            </w:r>
          </w:p>
        </w:tc>
        <w:tc>
          <w:tcPr>
            <w:tcW w:w="1367" w:type="dxa"/>
            <w:shd w:val="clear" w:color="auto" w:fill="DDD9C3" w:themeFill="background2" w:themeFillShade="E6"/>
            <w:vAlign w:val="center"/>
          </w:tcPr>
          <w:p w14:paraId="2E626BDA" w14:textId="53139C7C" w:rsidR="006D1732" w:rsidRPr="00803979" w:rsidRDefault="006D1732" w:rsidP="00803979">
            <w:pPr>
              <w:bidi/>
              <w:jc w:val="center"/>
              <w:rPr>
                <w:color w:val="000000" w:themeColor="text1"/>
              </w:rPr>
            </w:pPr>
            <w:r>
              <w:rPr>
                <w:rFonts w:hint="cs"/>
                <w:b/>
                <w:color w:val="000000" w:themeColor="text1"/>
                <w:sz w:val="14"/>
                <w:rtl/>
              </w:rPr>
              <w:t>القياس الثاني</w:t>
            </w:r>
          </w:p>
        </w:tc>
        <w:tc>
          <w:tcPr>
            <w:tcW w:w="1367" w:type="dxa"/>
            <w:shd w:val="clear" w:color="auto" w:fill="DDD9C3" w:themeFill="background2" w:themeFillShade="E6"/>
            <w:vAlign w:val="center"/>
          </w:tcPr>
          <w:p w14:paraId="18F5E06A" w14:textId="2592C50A" w:rsidR="006D1732" w:rsidRPr="00803979" w:rsidRDefault="00D170AE" w:rsidP="00D170AE">
            <w:pPr>
              <w:bidi/>
              <w:jc w:val="center"/>
              <w:rPr>
                <w:b/>
                <w:color w:val="000000" w:themeColor="text1"/>
                <w:sz w:val="14"/>
                <w:rtl/>
              </w:rPr>
            </w:pPr>
            <w:r>
              <w:rPr>
                <w:rFonts w:hint="cs"/>
                <w:b/>
                <w:color w:val="000000" w:themeColor="text1"/>
                <w:sz w:val="14"/>
                <w:rtl/>
              </w:rPr>
              <w:t>مقدار التحسن</w:t>
            </w:r>
          </w:p>
        </w:tc>
        <w:tc>
          <w:tcPr>
            <w:tcW w:w="1367" w:type="dxa"/>
            <w:shd w:val="clear" w:color="auto" w:fill="DDD9C3" w:themeFill="background2" w:themeFillShade="E6"/>
            <w:vAlign w:val="center"/>
          </w:tcPr>
          <w:p w14:paraId="10D05C65" w14:textId="0898F738" w:rsidR="006D1732" w:rsidRPr="00803979" w:rsidRDefault="00D170AE" w:rsidP="00803979">
            <w:pPr>
              <w:bidi/>
              <w:jc w:val="center"/>
              <w:rPr>
                <w:color w:val="000000" w:themeColor="text1"/>
              </w:rPr>
            </w:pPr>
            <w:r>
              <w:rPr>
                <w:rFonts w:hint="cs"/>
                <w:b/>
                <w:color w:val="000000" w:themeColor="text1"/>
                <w:sz w:val="14"/>
                <w:rtl/>
              </w:rPr>
              <w:t>القرار</w:t>
            </w:r>
          </w:p>
        </w:tc>
      </w:tr>
      <w:tr w:rsidR="006D1732" w:rsidRPr="00803979" w14:paraId="02BF7D4B" w14:textId="77777777" w:rsidTr="00D170AE">
        <w:trPr>
          <w:trHeight w:val="567"/>
          <w:jc w:val="center"/>
        </w:trPr>
        <w:tc>
          <w:tcPr>
            <w:tcW w:w="1367" w:type="dxa"/>
            <w:shd w:val="clear" w:color="auto" w:fill="DDD9C3" w:themeFill="background2" w:themeFillShade="E6"/>
            <w:vAlign w:val="center"/>
          </w:tcPr>
          <w:p w14:paraId="07694319" w14:textId="77777777" w:rsidR="006D1732" w:rsidRPr="00803979" w:rsidRDefault="006D1732" w:rsidP="00803979">
            <w:pPr>
              <w:bidi/>
              <w:jc w:val="center"/>
              <w:rPr>
                <w:color w:val="000000" w:themeColor="text1"/>
              </w:rPr>
            </w:pPr>
            <w:r w:rsidRPr="00803979">
              <w:rPr>
                <w:color w:val="000000" w:themeColor="text1"/>
                <w:sz w:val="14"/>
                <w:rtl/>
              </w:rPr>
              <w:t>الثالث الابتدائي</w:t>
            </w:r>
          </w:p>
        </w:tc>
        <w:tc>
          <w:tcPr>
            <w:tcW w:w="1367" w:type="dxa"/>
            <w:vAlign w:val="center"/>
          </w:tcPr>
          <w:p w14:paraId="6C3FC968" w14:textId="77777777" w:rsidR="006D1732" w:rsidRPr="00803979" w:rsidRDefault="006D1732" w:rsidP="00803979">
            <w:pPr>
              <w:bidi/>
              <w:jc w:val="center"/>
              <w:rPr>
                <w:color w:val="000000" w:themeColor="text1"/>
              </w:rPr>
            </w:pPr>
            <w:r w:rsidRPr="00803979">
              <w:rPr>
                <w:color w:val="000000" w:themeColor="text1"/>
                <w:sz w:val="14"/>
                <w:rtl/>
              </w:rPr>
              <w:t>القراءة</w:t>
            </w:r>
          </w:p>
        </w:tc>
        <w:tc>
          <w:tcPr>
            <w:tcW w:w="1367" w:type="dxa"/>
            <w:vAlign w:val="center"/>
          </w:tcPr>
          <w:p w14:paraId="661E84E1" w14:textId="77777777" w:rsidR="006D1732" w:rsidRPr="00803979" w:rsidRDefault="006D1732" w:rsidP="00803979">
            <w:pPr>
              <w:bidi/>
              <w:jc w:val="center"/>
              <w:rPr>
                <w:color w:val="000000" w:themeColor="text1"/>
              </w:rPr>
            </w:pPr>
          </w:p>
        </w:tc>
        <w:tc>
          <w:tcPr>
            <w:tcW w:w="1367" w:type="dxa"/>
            <w:vAlign w:val="center"/>
          </w:tcPr>
          <w:p w14:paraId="3BDC8D5F" w14:textId="77777777" w:rsidR="006D1732" w:rsidRPr="00803979" w:rsidRDefault="006D1732" w:rsidP="00803979">
            <w:pPr>
              <w:bidi/>
              <w:jc w:val="center"/>
              <w:rPr>
                <w:color w:val="000000" w:themeColor="text1"/>
              </w:rPr>
            </w:pPr>
          </w:p>
        </w:tc>
        <w:tc>
          <w:tcPr>
            <w:tcW w:w="1367" w:type="dxa"/>
            <w:vAlign w:val="center"/>
          </w:tcPr>
          <w:p w14:paraId="172842FE" w14:textId="77777777" w:rsidR="006D1732" w:rsidRPr="00803979" w:rsidRDefault="006D1732" w:rsidP="00803979">
            <w:pPr>
              <w:bidi/>
              <w:jc w:val="center"/>
              <w:rPr>
                <w:color w:val="000000" w:themeColor="text1"/>
              </w:rPr>
            </w:pPr>
          </w:p>
        </w:tc>
        <w:tc>
          <w:tcPr>
            <w:tcW w:w="1367" w:type="dxa"/>
            <w:vAlign w:val="center"/>
          </w:tcPr>
          <w:p w14:paraId="7E9EB6B4" w14:textId="77777777" w:rsidR="006D1732" w:rsidRPr="00803979" w:rsidRDefault="006D1732" w:rsidP="00803979">
            <w:pPr>
              <w:bidi/>
              <w:jc w:val="center"/>
              <w:rPr>
                <w:color w:val="000000" w:themeColor="text1"/>
              </w:rPr>
            </w:pPr>
          </w:p>
        </w:tc>
        <w:tc>
          <w:tcPr>
            <w:tcW w:w="1367" w:type="dxa"/>
            <w:vAlign w:val="center"/>
          </w:tcPr>
          <w:p w14:paraId="27FF3C4A" w14:textId="77777777" w:rsidR="006D1732" w:rsidRPr="00803979" w:rsidRDefault="006D1732" w:rsidP="00D170AE">
            <w:pPr>
              <w:bidi/>
              <w:jc w:val="center"/>
              <w:rPr>
                <w:color w:val="000000" w:themeColor="text1"/>
              </w:rPr>
            </w:pPr>
          </w:p>
        </w:tc>
        <w:tc>
          <w:tcPr>
            <w:tcW w:w="1367" w:type="dxa"/>
            <w:vAlign w:val="center"/>
          </w:tcPr>
          <w:p w14:paraId="29D40C95" w14:textId="71962465" w:rsidR="006D1732" w:rsidRPr="00803979" w:rsidRDefault="006D1732" w:rsidP="00803979">
            <w:pPr>
              <w:bidi/>
              <w:jc w:val="center"/>
              <w:rPr>
                <w:color w:val="000000" w:themeColor="text1"/>
              </w:rPr>
            </w:pPr>
          </w:p>
        </w:tc>
      </w:tr>
      <w:tr w:rsidR="006D1732" w:rsidRPr="00803979" w14:paraId="697E7AE1" w14:textId="77777777" w:rsidTr="00D170AE">
        <w:trPr>
          <w:trHeight w:val="567"/>
          <w:jc w:val="center"/>
        </w:trPr>
        <w:tc>
          <w:tcPr>
            <w:tcW w:w="1367" w:type="dxa"/>
            <w:shd w:val="clear" w:color="auto" w:fill="DDD9C3" w:themeFill="background2" w:themeFillShade="E6"/>
            <w:vAlign w:val="center"/>
          </w:tcPr>
          <w:p w14:paraId="073663C4" w14:textId="77777777" w:rsidR="006D1732" w:rsidRPr="00803979" w:rsidRDefault="006D1732" w:rsidP="00803979">
            <w:pPr>
              <w:bidi/>
              <w:jc w:val="center"/>
              <w:rPr>
                <w:color w:val="000000" w:themeColor="text1"/>
              </w:rPr>
            </w:pPr>
            <w:r w:rsidRPr="00803979">
              <w:rPr>
                <w:color w:val="000000" w:themeColor="text1"/>
                <w:sz w:val="14"/>
                <w:rtl/>
              </w:rPr>
              <w:t>الثالث الابتدائي</w:t>
            </w:r>
          </w:p>
        </w:tc>
        <w:tc>
          <w:tcPr>
            <w:tcW w:w="1367" w:type="dxa"/>
            <w:vAlign w:val="center"/>
          </w:tcPr>
          <w:p w14:paraId="4C9E0E8D" w14:textId="77777777" w:rsidR="006D1732" w:rsidRPr="00803979" w:rsidRDefault="006D1732" w:rsidP="00803979">
            <w:pPr>
              <w:bidi/>
              <w:jc w:val="center"/>
              <w:rPr>
                <w:color w:val="000000" w:themeColor="text1"/>
              </w:rPr>
            </w:pPr>
            <w:r w:rsidRPr="00803979">
              <w:rPr>
                <w:color w:val="000000" w:themeColor="text1"/>
                <w:sz w:val="14"/>
                <w:rtl/>
              </w:rPr>
              <w:t>الرياضيات</w:t>
            </w:r>
          </w:p>
        </w:tc>
        <w:tc>
          <w:tcPr>
            <w:tcW w:w="1367" w:type="dxa"/>
            <w:vAlign w:val="center"/>
          </w:tcPr>
          <w:p w14:paraId="66A11878" w14:textId="77777777" w:rsidR="006D1732" w:rsidRPr="00803979" w:rsidRDefault="006D1732" w:rsidP="00803979">
            <w:pPr>
              <w:bidi/>
              <w:jc w:val="center"/>
              <w:rPr>
                <w:color w:val="000000" w:themeColor="text1"/>
              </w:rPr>
            </w:pPr>
          </w:p>
        </w:tc>
        <w:tc>
          <w:tcPr>
            <w:tcW w:w="1367" w:type="dxa"/>
            <w:vAlign w:val="center"/>
          </w:tcPr>
          <w:p w14:paraId="4D349BAB" w14:textId="77777777" w:rsidR="006D1732" w:rsidRPr="00803979" w:rsidRDefault="006D1732" w:rsidP="00803979">
            <w:pPr>
              <w:bidi/>
              <w:jc w:val="center"/>
              <w:rPr>
                <w:color w:val="000000" w:themeColor="text1"/>
              </w:rPr>
            </w:pPr>
          </w:p>
        </w:tc>
        <w:tc>
          <w:tcPr>
            <w:tcW w:w="1367" w:type="dxa"/>
            <w:vAlign w:val="center"/>
          </w:tcPr>
          <w:p w14:paraId="7644D46C" w14:textId="77777777" w:rsidR="006D1732" w:rsidRPr="00803979" w:rsidRDefault="006D1732" w:rsidP="00803979">
            <w:pPr>
              <w:bidi/>
              <w:jc w:val="center"/>
              <w:rPr>
                <w:color w:val="000000" w:themeColor="text1"/>
              </w:rPr>
            </w:pPr>
          </w:p>
        </w:tc>
        <w:tc>
          <w:tcPr>
            <w:tcW w:w="1367" w:type="dxa"/>
            <w:vAlign w:val="center"/>
          </w:tcPr>
          <w:p w14:paraId="49962340" w14:textId="77777777" w:rsidR="006D1732" w:rsidRPr="00803979" w:rsidRDefault="006D1732" w:rsidP="00803979">
            <w:pPr>
              <w:bidi/>
              <w:jc w:val="center"/>
              <w:rPr>
                <w:color w:val="000000" w:themeColor="text1"/>
              </w:rPr>
            </w:pPr>
          </w:p>
        </w:tc>
        <w:tc>
          <w:tcPr>
            <w:tcW w:w="1367" w:type="dxa"/>
            <w:vAlign w:val="center"/>
          </w:tcPr>
          <w:p w14:paraId="1E6F256D" w14:textId="77777777" w:rsidR="006D1732" w:rsidRPr="00803979" w:rsidRDefault="006D1732" w:rsidP="00D170AE">
            <w:pPr>
              <w:bidi/>
              <w:jc w:val="center"/>
              <w:rPr>
                <w:color w:val="000000" w:themeColor="text1"/>
              </w:rPr>
            </w:pPr>
          </w:p>
        </w:tc>
        <w:tc>
          <w:tcPr>
            <w:tcW w:w="1367" w:type="dxa"/>
            <w:vAlign w:val="center"/>
          </w:tcPr>
          <w:p w14:paraId="1FD33D5F" w14:textId="57882E90" w:rsidR="006D1732" w:rsidRPr="00803979" w:rsidRDefault="006D1732" w:rsidP="00803979">
            <w:pPr>
              <w:bidi/>
              <w:jc w:val="center"/>
              <w:rPr>
                <w:color w:val="000000" w:themeColor="text1"/>
              </w:rPr>
            </w:pPr>
          </w:p>
        </w:tc>
      </w:tr>
      <w:tr w:rsidR="006D1732" w:rsidRPr="00803979" w14:paraId="224319C8" w14:textId="77777777" w:rsidTr="00D170AE">
        <w:trPr>
          <w:trHeight w:val="567"/>
          <w:jc w:val="center"/>
        </w:trPr>
        <w:tc>
          <w:tcPr>
            <w:tcW w:w="1367" w:type="dxa"/>
            <w:shd w:val="clear" w:color="auto" w:fill="DDD9C3" w:themeFill="background2" w:themeFillShade="E6"/>
            <w:vAlign w:val="center"/>
          </w:tcPr>
          <w:p w14:paraId="343CF5A3" w14:textId="77777777" w:rsidR="006D1732" w:rsidRPr="00803979" w:rsidRDefault="006D1732" w:rsidP="00803979">
            <w:pPr>
              <w:bidi/>
              <w:jc w:val="center"/>
              <w:rPr>
                <w:color w:val="000000" w:themeColor="text1"/>
              </w:rPr>
            </w:pPr>
            <w:r w:rsidRPr="00803979">
              <w:rPr>
                <w:color w:val="000000" w:themeColor="text1"/>
                <w:sz w:val="14"/>
                <w:rtl/>
              </w:rPr>
              <w:t>السادس الابتدائي</w:t>
            </w:r>
          </w:p>
        </w:tc>
        <w:tc>
          <w:tcPr>
            <w:tcW w:w="1367" w:type="dxa"/>
            <w:vAlign w:val="center"/>
          </w:tcPr>
          <w:p w14:paraId="21A83746" w14:textId="77777777" w:rsidR="006D1732" w:rsidRPr="00803979" w:rsidRDefault="006D1732" w:rsidP="00803979">
            <w:pPr>
              <w:bidi/>
              <w:jc w:val="center"/>
              <w:rPr>
                <w:color w:val="000000" w:themeColor="text1"/>
              </w:rPr>
            </w:pPr>
            <w:r w:rsidRPr="00803979">
              <w:rPr>
                <w:color w:val="000000" w:themeColor="text1"/>
                <w:sz w:val="14"/>
                <w:rtl/>
              </w:rPr>
              <w:t>القراءة</w:t>
            </w:r>
          </w:p>
        </w:tc>
        <w:tc>
          <w:tcPr>
            <w:tcW w:w="1367" w:type="dxa"/>
            <w:vAlign w:val="center"/>
          </w:tcPr>
          <w:p w14:paraId="4D5D2FBA" w14:textId="77777777" w:rsidR="006D1732" w:rsidRPr="00803979" w:rsidRDefault="006D1732" w:rsidP="00803979">
            <w:pPr>
              <w:bidi/>
              <w:jc w:val="center"/>
              <w:rPr>
                <w:color w:val="000000" w:themeColor="text1"/>
              </w:rPr>
            </w:pPr>
          </w:p>
        </w:tc>
        <w:tc>
          <w:tcPr>
            <w:tcW w:w="1367" w:type="dxa"/>
            <w:vAlign w:val="center"/>
          </w:tcPr>
          <w:p w14:paraId="0AFCCE5C" w14:textId="77777777" w:rsidR="006D1732" w:rsidRPr="00803979" w:rsidRDefault="006D1732" w:rsidP="00803979">
            <w:pPr>
              <w:bidi/>
              <w:jc w:val="center"/>
              <w:rPr>
                <w:color w:val="000000" w:themeColor="text1"/>
              </w:rPr>
            </w:pPr>
          </w:p>
        </w:tc>
        <w:tc>
          <w:tcPr>
            <w:tcW w:w="1367" w:type="dxa"/>
            <w:vAlign w:val="center"/>
          </w:tcPr>
          <w:p w14:paraId="1F856675" w14:textId="77777777" w:rsidR="006D1732" w:rsidRPr="00803979" w:rsidRDefault="006D1732" w:rsidP="00803979">
            <w:pPr>
              <w:bidi/>
              <w:jc w:val="center"/>
              <w:rPr>
                <w:color w:val="000000" w:themeColor="text1"/>
              </w:rPr>
            </w:pPr>
          </w:p>
        </w:tc>
        <w:tc>
          <w:tcPr>
            <w:tcW w:w="1367" w:type="dxa"/>
            <w:vAlign w:val="center"/>
          </w:tcPr>
          <w:p w14:paraId="5BB85179" w14:textId="77777777" w:rsidR="006D1732" w:rsidRPr="00803979" w:rsidRDefault="006D1732" w:rsidP="00803979">
            <w:pPr>
              <w:bidi/>
              <w:jc w:val="center"/>
              <w:rPr>
                <w:color w:val="000000" w:themeColor="text1"/>
              </w:rPr>
            </w:pPr>
          </w:p>
        </w:tc>
        <w:tc>
          <w:tcPr>
            <w:tcW w:w="1367" w:type="dxa"/>
            <w:vAlign w:val="center"/>
          </w:tcPr>
          <w:p w14:paraId="61AAD0CF" w14:textId="77777777" w:rsidR="006D1732" w:rsidRPr="00803979" w:rsidRDefault="006D1732" w:rsidP="00D170AE">
            <w:pPr>
              <w:bidi/>
              <w:jc w:val="center"/>
              <w:rPr>
                <w:color w:val="000000" w:themeColor="text1"/>
              </w:rPr>
            </w:pPr>
          </w:p>
        </w:tc>
        <w:tc>
          <w:tcPr>
            <w:tcW w:w="1367" w:type="dxa"/>
            <w:vAlign w:val="center"/>
          </w:tcPr>
          <w:p w14:paraId="491A66EC" w14:textId="1ACDBBD0" w:rsidR="006D1732" w:rsidRPr="00803979" w:rsidRDefault="006D1732" w:rsidP="00803979">
            <w:pPr>
              <w:bidi/>
              <w:jc w:val="center"/>
              <w:rPr>
                <w:color w:val="000000" w:themeColor="text1"/>
              </w:rPr>
            </w:pPr>
          </w:p>
        </w:tc>
      </w:tr>
      <w:tr w:rsidR="006D1732" w:rsidRPr="00803979" w14:paraId="465D682E" w14:textId="77777777" w:rsidTr="00D170AE">
        <w:trPr>
          <w:trHeight w:val="567"/>
          <w:jc w:val="center"/>
        </w:trPr>
        <w:tc>
          <w:tcPr>
            <w:tcW w:w="1367" w:type="dxa"/>
            <w:shd w:val="clear" w:color="auto" w:fill="DDD9C3" w:themeFill="background2" w:themeFillShade="E6"/>
            <w:vAlign w:val="center"/>
          </w:tcPr>
          <w:p w14:paraId="0340D285" w14:textId="77777777" w:rsidR="006D1732" w:rsidRPr="00803979" w:rsidRDefault="006D1732" w:rsidP="00803979">
            <w:pPr>
              <w:bidi/>
              <w:jc w:val="center"/>
              <w:rPr>
                <w:color w:val="000000" w:themeColor="text1"/>
              </w:rPr>
            </w:pPr>
            <w:r w:rsidRPr="00803979">
              <w:rPr>
                <w:color w:val="000000" w:themeColor="text1"/>
                <w:sz w:val="14"/>
                <w:rtl/>
              </w:rPr>
              <w:t>السادس الابتدائي</w:t>
            </w:r>
          </w:p>
        </w:tc>
        <w:tc>
          <w:tcPr>
            <w:tcW w:w="1367" w:type="dxa"/>
            <w:vAlign w:val="center"/>
          </w:tcPr>
          <w:p w14:paraId="68D8E905" w14:textId="77777777" w:rsidR="006D1732" w:rsidRPr="00803979" w:rsidRDefault="006D1732" w:rsidP="00803979">
            <w:pPr>
              <w:bidi/>
              <w:jc w:val="center"/>
              <w:rPr>
                <w:color w:val="000000" w:themeColor="text1"/>
              </w:rPr>
            </w:pPr>
            <w:r w:rsidRPr="00803979">
              <w:rPr>
                <w:color w:val="000000" w:themeColor="text1"/>
                <w:sz w:val="14"/>
                <w:rtl/>
              </w:rPr>
              <w:t>الرياضيات</w:t>
            </w:r>
          </w:p>
        </w:tc>
        <w:tc>
          <w:tcPr>
            <w:tcW w:w="1367" w:type="dxa"/>
            <w:vAlign w:val="center"/>
          </w:tcPr>
          <w:p w14:paraId="64704134" w14:textId="77777777" w:rsidR="006D1732" w:rsidRPr="00803979" w:rsidRDefault="006D1732" w:rsidP="00803979">
            <w:pPr>
              <w:bidi/>
              <w:jc w:val="center"/>
              <w:rPr>
                <w:color w:val="000000" w:themeColor="text1"/>
              </w:rPr>
            </w:pPr>
          </w:p>
        </w:tc>
        <w:tc>
          <w:tcPr>
            <w:tcW w:w="1367" w:type="dxa"/>
            <w:vAlign w:val="center"/>
          </w:tcPr>
          <w:p w14:paraId="4182574F" w14:textId="77777777" w:rsidR="006D1732" w:rsidRPr="00803979" w:rsidRDefault="006D1732" w:rsidP="00803979">
            <w:pPr>
              <w:bidi/>
              <w:jc w:val="center"/>
              <w:rPr>
                <w:color w:val="000000" w:themeColor="text1"/>
              </w:rPr>
            </w:pPr>
          </w:p>
        </w:tc>
        <w:tc>
          <w:tcPr>
            <w:tcW w:w="1367" w:type="dxa"/>
            <w:vAlign w:val="center"/>
          </w:tcPr>
          <w:p w14:paraId="405C4F5C" w14:textId="77777777" w:rsidR="006D1732" w:rsidRPr="00803979" w:rsidRDefault="006D1732" w:rsidP="00803979">
            <w:pPr>
              <w:bidi/>
              <w:jc w:val="center"/>
              <w:rPr>
                <w:color w:val="000000" w:themeColor="text1"/>
              </w:rPr>
            </w:pPr>
          </w:p>
        </w:tc>
        <w:tc>
          <w:tcPr>
            <w:tcW w:w="1367" w:type="dxa"/>
            <w:vAlign w:val="center"/>
          </w:tcPr>
          <w:p w14:paraId="305D5836" w14:textId="77777777" w:rsidR="006D1732" w:rsidRPr="00803979" w:rsidRDefault="006D1732" w:rsidP="00803979">
            <w:pPr>
              <w:bidi/>
              <w:jc w:val="center"/>
              <w:rPr>
                <w:color w:val="000000" w:themeColor="text1"/>
              </w:rPr>
            </w:pPr>
          </w:p>
        </w:tc>
        <w:tc>
          <w:tcPr>
            <w:tcW w:w="1367" w:type="dxa"/>
            <w:vAlign w:val="center"/>
          </w:tcPr>
          <w:p w14:paraId="41316B55" w14:textId="77777777" w:rsidR="006D1732" w:rsidRPr="00803979" w:rsidRDefault="006D1732" w:rsidP="00D170AE">
            <w:pPr>
              <w:bidi/>
              <w:jc w:val="center"/>
              <w:rPr>
                <w:color w:val="000000" w:themeColor="text1"/>
              </w:rPr>
            </w:pPr>
          </w:p>
        </w:tc>
        <w:tc>
          <w:tcPr>
            <w:tcW w:w="1367" w:type="dxa"/>
            <w:vAlign w:val="center"/>
          </w:tcPr>
          <w:p w14:paraId="080DD6A7" w14:textId="73C0A972" w:rsidR="006D1732" w:rsidRPr="00803979" w:rsidRDefault="006D1732" w:rsidP="00803979">
            <w:pPr>
              <w:bidi/>
              <w:jc w:val="center"/>
              <w:rPr>
                <w:color w:val="000000" w:themeColor="text1"/>
              </w:rPr>
            </w:pPr>
          </w:p>
        </w:tc>
      </w:tr>
      <w:tr w:rsidR="006D1732" w:rsidRPr="00803979" w14:paraId="4498245D" w14:textId="77777777" w:rsidTr="00D170AE">
        <w:trPr>
          <w:trHeight w:val="567"/>
          <w:jc w:val="center"/>
        </w:trPr>
        <w:tc>
          <w:tcPr>
            <w:tcW w:w="1367" w:type="dxa"/>
            <w:shd w:val="clear" w:color="auto" w:fill="DDD9C3" w:themeFill="background2" w:themeFillShade="E6"/>
            <w:vAlign w:val="center"/>
          </w:tcPr>
          <w:p w14:paraId="08728FFF" w14:textId="77777777" w:rsidR="006D1732" w:rsidRPr="00803979" w:rsidRDefault="006D1732" w:rsidP="00803979">
            <w:pPr>
              <w:bidi/>
              <w:jc w:val="center"/>
              <w:rPr>
                <w:color w:val="000000" w:themeColor="text1"/>
              </w:rPr>
            </w:pPr>
            <w:r w:rsidRPr="00803979">
              <w:rPr>
                <w:color w:val="000000" w:themeColor="text1"/>
                <w:sz w:val="14"/>
                <w:rtl/>
              </w:rPr>
              <w:t>السادس الابتدائي</w:t>
            </w:r>
          </w:p>
        </w:tc>
        <w:tc>
          <w:tcPr>
            <w:tcW w:w="1367" w:type="dxa"/>
            <w:vAlign w:val="center"/>
          </w:tcPr>
          <w:p w14:paraId="2E0AD09A" w14:textId="77777777" w:rsidR="006D1732" w:rsidRPr="00803979" w:rsidRDefault="006D1732" w:rsidP="00803979">
            <w:pPr>
              <w:bidi/>
              <w:jc w:val="center"/>
              <w:rPr>
                <w:color w:val="000000" w:themeColor="text1"/>
              </w:rPr>
            </w:pPr>
            <w:r w:rsidRPr="00803979">
              <w:rPr>
                <w:color w:val="000000" w:themeColor="text1"/>
                <w:sz w:val="14"/>
                <w:rtl/>
              </w:rPr>
              <w:t>العلوم</w:t>
            </w:r>
          </w:p>
        </w:tc>
        <w:tc>
          <w:tcPr>
            <w:tcW w:w="1367" w:type="dxa"/>
            <w:vAlign w:val="center"/>
          </w:tcPr>
          <w:p w14:paraId="6FF168CD" w14:textId="77777777" w:rsidR="006D1732" w:rsidRPr="00803979" w:rsidRDefault="006D1732" w:rsidP="00803979">
            <w:pPr>
              <w:bidi/>
              <w:jc w:val="center"/>
              <w:rPr>
                <w:color w:val="000000" w:themeColor="text1"/>
              </w:rPr>
            </w:pPr>
          </w:p>
        </w:tc>
        <w:tc>
          <w:tcPr>
            <w:tcW w:w="1367" w:type="dxa"/>
            <w:vAlign w:val="center"/>
          </w:tcPr>
          <w:p w14:paraId="1B4E7DE8" w14:textId="77777777" w:rsidR="006D1732" w:rsidRPr="00803979" w:rsidRDefault="006D1732" w:rsidP="00803979">
            <w:pPr>
              <w:bidi/>
              <w:jc w:val="center"/>
              <w:rPr>
                <w:color w:val="000000" w:themeColor="text1"/>
              </w:rPr>
            </w:pPr>
          </w:p>
        </w:tc>
        <w:tc>
          <w:tcPr>
            <w:tcW w:w="1367" w:type="dxa"/>
            <w:vAlign w:val="center"/>
          </w:tcPr>
          <w:p w14:paraId="2D40E375" w14:textId="77777777" w:rsidR="006D1732" w:rsidRPr="00803979" w:rsidRDefault="006D1732" w:rsidP="00803979">
            <w:pPr>
              <w:bidi/>
              <w:jc w:val="center"/>
              <w:rPr>
                <w:color w:val="000000" w:themeColor="text1"/>
              </w:rPr>
            </w:pPr>
          </w:p>
        </w:tc>
        <w:tc>
          <w:tcPr>
            <w:tcW w:w="1367" w:type="dxa"/>
            <w:vAlign w:val="center"/>
          </w:tcPr>
          <w:p w14:paraId="2D62BF7E" w14:textId="77777777" w:rsidR="006D1732" w:rsidRPr="00803979" w:rsidRDefault="006D1732" w:rsidP="00803979">
            <w:pPr>
              <w:bidi/>
              <w:jc w:val="center"/>
              <w:rPr>
                <w:color w:val="000000" w:themeColor="text1"/>
              </w:rPr>
            </w:pPr>
          </w:p>
        </w:tc>
        <w:tc>
          <w:tcPr>
            <w:tcW w:w="1367" w:type="dxa"/>
            <w:vAlign w:val="center"/>
          </w:tcPr>
          <w:p w14:paraId="6FEFAC9D" w14:textId="77777777" w:rsidR="006D1732" w:rsidRPr="00803979" w:rsidRDefault="006D1732" w:rsidP="00D170AE">
            <w:pPr>
              <w:bidi/>
              <w:jc w:val="center"/>
              <w:rPr>
                <w:color w:val="000000" w:themeColor="text1"/>
              </w:rPr>
            </w:pPr>
          </w:p>
        </w:tc>
        <w:tc>
          <w:tcPr>
            <w:tcW w:w="1367" w:type="dxa"/>
            <w:vAlign w:val="center"/>
          </w:tcPr>
          <w:p w14:paraId="40592342" w14:textId="09A09137" w:rsidR="006D1732" w:rsidRPr="00803979" w:rsidRDefault="006D1732" w:rsidP="00803979">
            <w:pPr>
              <w:bidi/>
              <w:jc w:val="center"/>
              <w:rPr>
                <w:color w:val="000000" w:themeColor="text1"/>
              </w:rPr>
            </w:pPr>
          </w:p>
        </w:tc>
      </w:tr>
      <w:tr w:rsidR="006D1732" w:rsidRPr="00803979" w14:paraId="2C8B48CA" w14:textId="77777777" w:rsidTr="00D170AE">
        <w:trPr>
          <w:trHeight w:val="567"/>
          <w:jc w:val="center"/>
        </w:trPr>
        <w:tc>
          <w:tcPr>
            <w:tcW w:w="1367" w:type="dxa"/>
            <w:shd w:val="clear" w:color="auto" w:fill="DDD9C3" w:themeFill="background2" w:themeFillShade="E6"/>
            <w:vAlign w:val="center"/>
          </w:tcPr>
          <w:p w14:paraId="1BB7E93E" w14:textId="77777777" w:rsidR="006D1732" w:rsidRPr="00803979" w:rsidRDefault="006D1732" w:rsidP="00803979">
            <w:pPr>
              <w:bidi/>
              <w:jc w:val="center"/>
              <w:rPr>
                <w:color w:val="000000" w:themeColor="text1"/>
              </w:rPr>
            </w:pPr>
            <w:r w:rsidRPr="00803979">
              <w:rPr>
                <w:color w:val="000000" w:themeColor="text1"/>
                <w:sz w:val="14"/>
                <w:rtl/>
              </w:rPr>
              <w:t>الثالث المتوسط</w:t>
            </w:r>
          </w:p>
        </w:tc>
        <w:tc>
          <w:tcPr>
            <w:tcW w:w="1367" w:type="dxa"/>
            <w:vAlign w:val="center"/>
          </w:tcPr>
          <w:p w14:paraId="797BA0C0" w14:textId="77777777" w:rsidR="006D1732" w:rsidRPr="00803979" w:rsidRDefault="006D1732" w:rsidP="00803979">
            <w:pPr>
              <w:bidi/>
              <w:jc w:val="center"/>
              <w:rPr>
                <w:color w:val="000000" w:themeColor="text1"/>
              </w:rPr>
            </w:pPr>
            <w:r w:rsidRPr="00803979">
              <w:rPr>
                <w:color w:val="000000" w:themeColor="text1"/>
                <w:sz w:val="14"/>
                <w:rtl/>
              </w:rPr>
              <w:t>القراءة</w:t>
            </w:r>
          </w:p>
        </w:tc>
        <w:tc>
          <w:tcPr>
            <w:tcW w:w="1367" w:type="dxa"/>
            <w:vAlign w:val="center"/>
          </w:tcPr>
          <w:p w14:paraId="16D2CC8E" w14:textId="77777777" w:rsidR="006D1732" w:rsidRPr="00803979" w:rsidRDefault="006D1732" w:rsidP="00803979">
            <w:pPr>
              <w:bidi/>
              <w:jc w:val="center"/>
              <w:rPr>
                <w:color w:val="000000" w:themeColor="text1"/>
              </w:rPr>
            </w:pPr>
          </w:p>
        </w:tc>
        <w:tc>
          <w:tcPr>
            <w:tcW w:w="1367" w:type="dxa"/>
            <w:vAlign w:val="center"/>
          </w:tcPr>
          <w:p w14:paraId="2FFE1F28" w14:textId="77777777" w:rsidR="006D1732" w:rsidRPr="00803979" w:rsidRDefault="006D1732" w:rsidP="00803979">
            <w:pPr>
              <w:bidi/>
              <w:jc w:val="center"/>
              <w:rPr>
                <w:color w:val="000000" w:themeColor="text1"/>
              </w:rPr>
            </w:pPr>
          </w:p>
        </w:tc>
        <w:tc>
          <w:tcPr>
            <w:tcW w:w="1367" w:type="dxa"/>
            <w:vAlign w:val="center"/>
          </w:tcPr>
          <w:p w14:paraId="42FE0484" w14:textId="77777777" w:rsidR="006D1732" w:rsidRPr="00803979" w:rsidRDefault="006D1732" w:rsidP="00803979">
            <w:pPr>
              <w:bidi/>
              <w:jc w:val="center"/>
              <w:rPr>
                <w:color w:val="000000" w:themeColor="text1"/>
              </w:rPr>
            </w:pPr>
          </w:p>
        </w:tc>
        <w:tc>
          <w:tcPr>
            <w:tcW w:w="1367" w:type="dxa"/>
            <w:vAlign w:val="center"/>
          </w:tcPr>
          <w:p w14:paraId="260024A1" w14:textId="77777777" w:rsidR="006D1732" w:rsidRPr="00803979" w:rsidRDefault="006D1732" w:rsidP="00803979">
            <w:pPr>
              <w:bidi/>
              <w:jc w:val="center"/>
              <w:rPr>
                <w:color w:val="000000" w:themeColor="text1"/>
              </w:rPr>
            </w:pPr>
          </w:p>
        </w:tc>
        <w:tc>
          <w:tcPr>
            <w:tcW w:w="1367" w:type="dxa"/>
            <w:vAlign w:val="center"/>
          </w:tcPr>
          <w:p w14:paraId="3FDB29D9" w14:textId="77777777" w:rsidR="006D1732" w:rsidRPr="00803979" w:rsidRDefault="006D1732" w:rsidP="00D170AE">
            <w:pPr>
              <w:bidi/>
              <w:jc w:val="center"/>
              <w:rPr>
                <w:color w:val="000000" w:themeColor="text1"/>
              </w:rPr>
            </w:pPr>
          </w:p>
        </w:tc>
        <w:tc>
          <w:tcPr>
            <w:tcW w:w="1367" w:type="dxa"/>
            <w:vAlign w:val="center"/>
          </w:tcPr>
          <w:p w14:paraId="6E8A04CF" w14:textId="3F6FD214" w:rsidR="006D1732" w:rsidRPr="00803979" w:rsidRDefault="006D1732" w:rsidP="00803979">
            <w:pPr>
              <w:bidi/>
              <w:jc w:val="center"/>
              <w:rPr>
                <w:color w:val="000000" w:themeColor="text1"/>
              </w:rPr>
            </w:pPr>
          </w:p>
        </w:tc>
      </w:tr>
      <w:tr w:rsidR="006D1732" w:rsidRPr="00803979" w14:paraId="165966C6" w14:textId="77777777" w:rsidTr="00D170AE">
        <w:trPr>
          <w:trHeight w:val="567"/>
          <w:jc w:val="center"/>
        </w:trPr>
        <w:tc>
          <w:tcPr>
            <w:tcW w:w="1367" w:type="dxa"/>
            <w:shd w:val="clear" w:color="auto" w:fill="DDD9C3" w:themeFill="background2" w:themeFillShade="E6"/>
            <w:vAlign w:val="center"/>
          </w:tcPr>
          <w:p w14:paraId="7674395B" w14:textId="77777777" w:rsidR="006D1732" w:rsidRPr="00803979" w:rsidRDefault="006D1732" w:rsidP="00803979">
            <w:pPr>
              <w:bidi/>
              <w:jc w:val="center"/>
              <w:rPr>
                <w:color w:val="000000" w:themeColor="text1"/>
              </w:rPr>
            </w:pPr>
            <w:r w:rsidRPr="00803979">
              <w:rPr>
                <w:color w:val="000000" w:themeColor="text1"/>
                <w:sz w:val="14"/>
                <w:rtl/>
              </w:rPr>
              <w:t>الثالث المتوسط</w:t>
            </w:r>
          </w:p>
        </w:tc>
        <w:tc>
          <w:tcPr>
            <w:tcW w:w="1367" w:type="dxa"/>
            <w:vAlign w:val="center"/>
          </w:tcPr>
          <w:p w14:paraId="63C95F4D" w14:textId="77777777" w:rsidR="006D1732" w:rsidRPr="00803979" w:rsidRDefault="006D1732" w:rsidP="00803979">
            <w:pPr>
              <w:bidi/>
              <w:jc w:val="center"/>
              <w:rPr>
                <w:color w:val="000000" w:themeColor="text1"/>
              </w:rPr>
            </w:pPr>
            <w:r w:rsidRPr="00803979">
              <w:rPr>
                <w:color w:val="000000" w:themeColor="text1"/>
                <w:sz w:val="14"/>
                <w:rtl/>
              </w:rPr>
              <w:t>الرياضيات</w:t>
            </w:r>
          </w:p>
        </w:tc>
        <w:tc>
          <w:tcPr>
            <w:tcW w:w="1367" w:type="dxa"/>
            <w:vAlign w:val="center"/>
          </w:tcPr>
          <w:p w14:paraId="3F5A07EE" w14:textId="77777777" w:rsidR="006D1732" w:rsidRPr="00803979" w:rsidRDefault="006D1732" w:rsidP="00803979">
            <w:pPr>
              <w:bidi/>
              <w:jc w:val="center"/>
              <w:rPr>
                <w:color w:val="000000" w:themeColor="text1"/>
              </w:rPr>
            </w:pPr>
          </w:p>
        </w:tc>
        <w:tc>
          <w:tcPr>
            <w:tcW w:w="1367" w:type="dxa"/>
            <w:vAlign w:val="center"/>
          </w:tcPr>
          <w:p w14:paraId="7BEF1212" w14:textId="77777777" w:rsidR="006D1732" w:rsidRPr="00803979" w:rsidRDefault="006D1732" w:rsidP="00803979">
            <w:pPr>
              <w:bidi/>
              <w:jc w:val="center"/>
              <w:rPr>
                <w:color w:val="000000" w:themeColor="text1"/>
              </w:rPr>
            </w:pPr>
          </w:p>
        </w:tc>
        <w:tc>
          <w:tcPr>
            <w:tcW w:w="1367" w:type="dxa"/>
            <w:vAlign w:val="center"/>
          </w:tcPr>
          <w:p w14:paraId="1D9529DD" w14:textId="77777777" w:rsidR="006D1732" w:rsidRPr="00803979" w:rsidRDefault="006D1732" w:rsidP="00803979">
            <w:pPr>
              <w:bidi/>
              <w:jc w:val="center"/>
              <w:rPr>
                <w:color w:val="000000" w:themeColor="text1"/>
              </w:rPr>
            </w:pPr>
          </w:p>
        </w:tc>
        <w:tc>
          <w:tcPr>
            <w:tcW w:w="1367" w:type="dxa"/>
            <w:vAlign w:val="center"/>
          </w:tcPr>
          <w:p w14:paraId="7E73B75B" w14:textId="77777777" w:rsidR="006D1732" w:rsidRPr="00803979" w:rsidRDefault="006D1732" w:rsidP="00803979">
            <w:pPr>
              <w:bidi/>
              <w:jc w:val="center"/>
              <w:rPr>
                <w:color w:val="000000" w:themeColor="text1"/>
              </w:rPr>
            </w:pPr>
          </w:p>
        </w:tc>
        <w:tc>
          <w:tcPr>
            <w:tcW w:w="1367" w:type="dxa"/>
            <w:vAlign w:val="center"/>
          </w:tcPr>
          <w:p w14:paraId="3AC78BF3" w14:textId="77777777" w:rsidR="006D1732" w:rsidRPr="00803979" w:rsidRDefault="006D1732" w:rsidP="00D170AE">
            <w:pPr>
              <w:bidi/>
              <w:jc w:val="center"/>
              <w:rPr>
                <w:color w:val="000000" w:themeColor="text1"/>
              </w:rPr>
            </w:pPr>
          </w:p>
        </w:tc>
        <w:tc>
          <w:tcPr>
            <w:tcW w:w="1367" w:type="dxa"/>
            <w:vAlign w:val="center"/>
          </w:tcPr>
          <w:p w14:paraId="384E277A" w14:textId="24F73561" w:rsidR="006D1732" w:rsidRPr="00803979" w:rsidRDefault="006D1732" w:rsidP="00803979">
            <w:pPr>
              <w:bidi/>
              <w:jc w:val="center"/>
              <w:rPr>
                <w:color w:val="000000" w:themeColor="text1"/>
              </w:rPr>
            </w:pPr>
          </w:p>
        </w:tc>
      </w:tr>
      <w:tr w:rsidR="006D1732" w:rsidRPr="00803979" w14:paraId="73D6CD45" w14:textId="77777777" w:rsidTr="00D170AE">
        <w:trPr>
          <w:trHeight w:val="567"/>
          <w:jc w:val="center"/>
        </w:trPr>
        <w:tc>
          <w:tcPr>
            <w:tcW w:w="1367" w:type="dxa"/>
            <w:shd w:val="clear" w:color="auto" w:fill="DDD9C3" w:themeFill="background2" w:themeFillShade="E6"/>
            <w:vAlign w:val="center"/>
          </w:tcPr>
          <w:p w14:paraId="7EC887A0" w14:textId="77777777" w:rsidR="006D1732" w:rsidRPr="00803979" w:rsidRDefault="006D1732" w:rsidP="00803979">
            <w:pPr>
              <w:bidi/>
              <w:jc w:val="center"/>
              <w:rPr>
                <w:color w:val="000000" w:themeColor="text1"/>
              </w:rPr>
            </w:pPr>
            <w:r w:rsidRPr="00803979">
              <w:rPr>
                <w:color w:val="000000" w:themeColor="text1"/>
                <w:sz w:val="14"/>
                <w:rtl/>
              </w:rPr>
              <w:t>الثالث المتوسط</w:t>
            </w:r>
          </w:p>
        </w:tc>
        <w:tc>
          <w:tcPr>
            <w:tcW w:w="1367" w:type="dxa"/>
            <w:vAlign w:val="center"/>
          </w:tcPr>
          <w:p w14:paraId="6E081330" w14:textId="77777777" w:rsidR="006D1732" w:rsidRPr="00803979" w:rsidRDefault="006D1732" w:rsidP="00803979">
            <w:pPr>
              <w:bidi/>
              <w:jc w:val="center"/>
              <w:rPr>
                <w:color w:val="000000" w:themeColor="text1"/>
              </w:rPr>
            </w:pPr>
            <w:r w:rsidRPr="00803979">
              <w:rPr>
                <w:color w:val="000000" w:themeColor="text1"/>
                <w:sz w:val="14"/>
                <w:rtl/>
              </w:rPr>
              <w:t>العلوم</w:t>
            </w:r>
          </w:p>
        </w:tc>
        <w:tc>
          <w:tcPr>
            <w:tcW w:w="1367" w:type="dxa"/>
            <w:vAlign w:val="center"/>
          </w:tcPr>
          <w:p w14:paraId="46D50143" w14:textId="77777777" w:rsidR="006D1732" w:rsidRPr="00803979" w:rsidRDefault="006D1732" w:rsidP="00803979">
            <w:pPr>
              <w:bidi/>
              <w:jc w:val="center"/>
              <w:rPr>
                <w:color w:val="000000" w:themeColor="text1"/>
              </w:rPr>
            </w:pPr>
          </w:p>
        </w:tc>
        <w:tc>
          <w:tcPr>
            <w:tcW w:w="1367" w:type="dxa"/>
            <w:vAlign w:val="center"/>
          </w:tcPr>
          <w:p w14:paraId="749E45AC" w14:textId="77777777" w:rsidR="006D1732" w:rsidRPr="00803979" w:rsidRDefault="006D1732" w:rsidP="00803979">
            <w:pPr>
              <w:bidi/>
              <w:jc w:val="center"/>
              <w:rPr>
                <w:color w:val="000000" w:themeColor="text1"/>
              </w:rPr>
            </w:pPr>
          </w:p>
        </w:tc>
        <w:tc>
          <w:tcPr>
            <w:tcW w:w="1367" w:type="dxa"/>
            <w:vAlign w:val="center"/>
          </w:tcPr>
          <w:p w14:paraId="76E3CB9F" w14:textId="77777777" w:rsidR="006D1732" w:rsidRPr="00803979" w:rsidRDefault="006D1732" w:rsidP="00803979">
            <w:pPr>
              <w:bidi/>
              <w:jc w:val="center"/>
              <w:rPr>
                <w:color w:val="000000" w:themeColor="text1"/>
              </w:rPr>
            </w:pPr>
          </w:p>
        </w:tc>
        <w:tc>
          <w:tcPr>
            <w:tcW w:w="1367" w:type="dxa"/>
            <w:vAlign w:val="center"/>
          </w:tcPr>
          <w:p w14:paraId="1C078195" w14:textId="77777777" w:rsidR="006D1732" w:rsidRPr="00803979" w:rsidRDefault="006D1732" w:rsidP="00803979">
            <w:pPr>
              <w:bidi/>
              <w:jc w:val="center"/>
              <w:rPr>
                <w:color w:val="000000" w:themeColor="text1"/>
              </w:rPr>
            </w:pPr>
          </w:p>
        </w:tc>
        <w:tc>
          <w:tcPr>
            <w:tcW w:w="1367" w:type="dxa"/>
            <w:vAlign w:val="center"/>
          </w:tcPr>
          <w:p w14:paraId="06866A5D" w14:textId="77777777" w:rsidR="006D1732" w:rsidRPr="00803979" w:rsidRDefault="006D1732" w:rsidP="00D170AE">
            <w:pPr>
              <w:bidi/>
              <w:jc w:val="center"/>
              <w:rPr>
                <w:color w:val="000000" w:themeColor="text1"/>
              </w:rPr>
            </w:pPr>
          </w:p>
        </w:tc>
        <w:tc>
          <w:tcPr>
            <w:tcW w:w="1367" w:type="dxa"/>
            <w:vAlign w:val="center"/>
          </w:tcPr>
          <w:p w14:paraId="6702FD7B" w14:textId="7AC22EB2" w:rsidR="006D1732" w:rsidRPr="00803979" w:rsidRDefault="006D1732" w:rsidP="00803979">
            <w:pPr>
              <w:bidi/>
              <w:jc w:val="center"/>
              <w:rPr>
                <w:color w:val="000000" w:themeColor="text1"/>
              </w:rPr>
            </w:pPr>
          </w:p>
        </w:tc>
      </w:tr>
    </w:tbl>
    <w:p w14:paraId="5E48565F" w14:textId="77777777" w:rsidR="00803979" w:rsidRDefault="00803979" w:rsidP="00803979">
      <w:pPr>
        <w:rPr>
          <w:rtl/>
        </w:rPr>
      </w:pPr>
    </w:p>
    <w:p w14:paraId="11314153" w14:textId="77777777" w:rsidR="00803979" w:rsidRDefault="00803979" w:rsidP="00803979">
      <w:pPr>
        <w:rPr>
          <w:rtl/>
        </w:rPr>
      </w:pPr>
    </w:p>
    <w:p w14:paraId="128DCE06" w14:textId="7B14FD03" w:rsidR="00F166F5" w:rsidRPr="00803979" w:rsidRDefault="008911CD" w:rsidP="00803979">
      <w:pPr>
        <w:shd w:val="clear" w:color="auto" w:fill="008080"/>
        <w:bidi/>
        <w:rPr>
          <w:rFonts w:cs="PT Bold Heading"/>
          <w:color w:val="FFFFFF" w:themeColor="background1"/>
          <w:sz w:val="20"/>
          <w:szCs w:val="24"/>
        </w:rPr>
      </w:pPr>
      <w:r>
        <w:rPr>
          <w:rFonts w:cs="PT Bold Heading" w:hint="cs"/>
          <w:color w:val="FFFFFF" w:themeColor="background1"/>
          <w:sz w:val="20"/>
          <w:szCs w:val="24"/>
          <w:rtl/>
        </w:rPr>
        <w:t>تاسعاً</w:t>
      </w:r>
      <w:r w:rsidR="00022476" w:rsidRPr="00803979">
        <w:rPr>
          <w:rFonts w:cs="PT Bold Heading"/>
          <w:color w:val="FFFFFF" w:themeColor="background1"/>
          <w:sz w:val="20"/>
          <w:szCs w:val="24"/>
          <w:rtl/>
        </w:rPr>
        <w:t>: معيار اتخاذ القرار</w:t>
      </w:r>
    </w:p>
    <w:tbl>
      <w:tblPr>
        <w:tblStyle w:val="afa"/>
        <w:bidiVisual/>
        <w:tblW w:w="0" w:type="auto"/>
        <w:jc w:val="center"/>
        <w:tblLook w:val="04A0" w:firstRow="1" w:lastRow="0" w:firstColumn="1" w:lastColumn="0" w:noHBand="0" w:noVBand="1"/>
      </w:tblPr>
      <w:tblGrid>
        <w:gridCol w:w="3536"/>
        <w:gridCol w:w="6384"/>
      </w:tblGrid>
      <w:tr w:rsidR="00F166F5" w:rsidRPr="00037309" w14:paraId="6DDC38C1" w14:textId="77777777" w:rsidTr="00EE6CD4">
        <w:trPr>
          <w:trHeight w:val="567"/>
          <w:jc w:val="center"/>
        </w:trPr>
        <w:tc>
          <w:tcPr>
            <w:tcW w:w="3536" w:type="dxa"/>
            <w:shd w:val="clear" w:color="auto" w:fill="DDD9C3" w:themeFill="background2" w:themeFillShade="E6"/>
            <w:vAlign w:val="center"/>
          </w:tcPr>
          <w:p w14:paraId="65257CB1" w14:textId="77777777" w:rsidR="00F166F5" w:rsidRPr="00037309" w:rsidRDefault="00022476" w:rsidP="00037309">
            <w:pPr>
              <w:bidi/>
              <w:jc w:val="center"/>
              <w:rPr>
                <w:color w:val="000000" w:themeColor="text1"/>
              </w:rPr>
            </w:pPr>
            <w:r w:rsidRPr="00037309">
              <w:rPr>
                <w:b/>
                <w:color w:val="000000" w:themeColor="text1"/>
                <w:sz w:val="15"/>
                <w:rtl/>
              </w:rPr>
              <w:t>نتيجة القياس</w:t>
            </w:r>
          </w:p>
        </w:tc>
        <w:tc>
          <w:tcPr>
            <w:tcW w:w="6384" w:type="dxa"/>
            <w:shd w:val="clear" w:color="auto" w:fill="DDD9C3" w:themeFill="background2" w:themeFillShade="E6"/>
            <w:vAlign w:val="center"/>
          </w:tcPr>
          <w:p w14:paraId="6A2D7B33" w14:textId="77777777" w:rsidR="00F166F5" w:rsidRPr="00037309" w:rsidRDefault="00022476" w:rsidP="00037309">
            <w:pPr>
              <w:bidi/>
              <w:jc w:val="center"/>
              <w:rPr>
                <w:color w:val="000000" w:themeColor="text1"/>
              </w:rPr>
            </w:pPr>
            <w:r w:rsidRPr="00037309">
              <w:rPr>
                <w:b/>
                <w:color w:val="000000" w:themeColor="text1"/>
                <w:sz w:val="15"/>
                <w:rtl/>
              </w:rPr>
              <w:t>الإجراء</w:t>
            </w:r>
          </w:p>
        </w:tc>
      </w:tr>
      <w:tr w:rsidR="00F166F5" w:rsidRPr="00037309" w14:paraId="40BAED00" w14:textId="77777777" w:rsidTr="00EE6CD4">
        <w:trPr>
          <w:trHeight w:val="567"/>
          <w:jc w:val="center"/>
        </w:trPr>
        <w:tc>
          <w:tcPr>
            <w:tcW w:w="3536" w:type="dxa"/>
            <w:vAlign w:val="center"/>
          </w:tcPr>
          <w:p w14:paraId="347A2D2A" w14:textId="7C82A1FC" w:rsidR="00F166F5" w:rsidRPr="009A51E5" w:rsidRDefault="009A51E5" w:rsidP="00037309">
            <w:pPr>
              <w:bidi/>
              <w:rPr>
                <w:color w:val="000000" w:themeColor="text1"/>
              </w:rPr>
            </w:pPr>
            <w:r w:rsidRPr="009A51E5">
              <w:rPr>
                <w:rFonts w:cs="Arial"/>
                <w:color w:val="000000" w:themeColor="text1"/>
                <w:sz w:val="15"/>
                <w:rtl/>
              </w:rPr>
              <w:t>تحقق المستهدف التحسيني المحدد أو تم تجاوزه.</w:t>
            </w:r>
          </w:p>
        </w:tc>
        <w:tc>
          <w:tcPr>
            <w:tcW w:w="6384" w:type="dxa"/>
            <w:vAlign w:val="center"/>
          </w:tcPr>
          <w:p w14:paraId="4E237135" w14:textId="3AA40738" w:rsidR="00F166F5" w:rsidRPr="00037309" w:rsidRDefault="00F92CA8" w:rsidP="00037309">
            <w:pPr>
              <w:bidi/>
              <w:rPr>
                <w:color w:val="000000" w:themeColor="text1"/>
              </w:rPr>
            </w:pPr>
            <w:r w:rsidRPr="00F92CA8">
              <w:rPr>
                <w:rFonts w:cs="Arial"/>
                <w:color w:val="000000" w:themeColor="text1"/>
                <w:sz w:val="15"/>
                <w:rtl/>
              </w:rPr>
              <w:t>تعزيز الممارسة والمحافظة على المكتسب والانتقال إلى مهارة أو مستوى أعلى عند مناسبة ذلك.</w:t>
            </w:r>
          </w:p>
        </w:tc>
      </w:tr>
      <w:tr w:rsidR="00F166F5" w:rsidRPr="00037309" w14:paraId="66999CA4" w14:textId="77777777" w:rsidTr="00EE6CD4">
        <w:trPr>
          <w:trHeight w:val="567"/>
          <w:jc w:val="center"/>
        </w:trPr>
        <w:tc>
          <w:tcPr>
            <w:tcW w:w="3536" w:type="dxa"/>
            <w:vAlign w:val="center"/>
          </w:tcPr>
          <w:p w14:paraId="5E22DE4F" w14:textId="4EAA31A4" w:rsidR="00F166F5" w:rsidRPr="00037309" w:rsidRDefault="00F92CA8" w:rsidP="00F92CA8">
            <w:pPr>
              <w:bidi/>
              <w:rPr>
                <w:color w:val="000000" w:themeColor="text1"/>
              </w:rPr>
            </w:pPr>
            <w:r w:rsidRPr="00F92CA8">
              <w:rPr>
                <w:color w:val="000000" w:themeColor="text1"/>
                <w:sz w:val="15"/>
                <w:rtl/>
              </w:rPr>
              <w:t>ظهر تحسن، لكنه دون المستهدف المحدد</w:t>
            </w:r>
            <w:r w:rsidRPr="00F92CA8">
              <w:rPr>
                <w:color w:val="000000" w:themeColor="text1"/>
                <w:sz w:val="15"/>
              </w:rPr>
              <w:t>.</w:t>
            </w:r>
          </w:p>
        </w:tc>
        <w:tc>
          <w:tcPr>
            <w:tcW w:w="6384" w:type="dxa"/>
            <w:vAlign w:val="center"/>
          </w:tcPr>
          <w:p w14:paraId="7AB75736" w14:textId="67DDD1A8" w:rsidR="00F166F5" w:rsidRPr="00037309" w:rsidRDefault="00F92CA8" w:rsidP="00F92CA8">
            <w:pPr>
              <w:bidi/>
              <w:rPr>
                <w:color w:val="000000" w:themeColor="text1"/>
              </w:rPr>
            </w:pPr>
            <w:r w:rsidRPr="00F92CA8">
              <w:rPr>
                <w:color w:val="000000" w:themeColor="text1"/>
                <w:sz w:val="15"/>
                <w:rtl/>
              </w:rPr>
              <w:t>الاستمرار مع تعديل أسلوب التدريب أو زيادة فرص الممارسة ثم إعادة القياس</w:t>
            </w:r>
            <w:r w:rsidRPr="00F92CA8">
              <w:rPr>
                <w:color w:val="000000" w:themeColor="text1"/>
                <w:sz w:val="15"/>
              </w:rPr>
              <w:t>.</w:t>
            </w:r>
          </w:p>
        </w:tc>
      </w:tr>
      <w:tr w:rsidR="00F166F5" w:rsidRPr="00037309" w14:paraId="44017793" w14:textId="77777777" w:rsidTr="00EE6CD4">
        <w:trPr>
          <w:trHeight w:val="567"/>
          <w:jc w:val="center"/>
        </w:trPr>
        <w:tc>
          <w:tcPr>
            <w:tcW w:w="3536" w:type="dxa"/>
            <w:vAlign w:val="center"/>
          </w:tcPr>
          <w:p w14:paraId="2E1B1A51" w14:textId="77777777" w:rsidR="00F166F5" w:rsidRPr="00037309" w:rsidRDefault="00022476" w:rsidP="00037309">
            <w:pPr>
              <w:bidi/>
              <w:rPr>
                <w:color w:val="000000" w:themeColor="text1"/>
              </w:rPr>
            </w:pPr>
            <w:r w:rsidRPr="00037309">
              <w:rPr>
                <w:color w:val="000000" w:themeColor="text1"/>
                <w:sz w:val="15"/>
                <w:rtl/>
              </w:rPr>
              <w:t>لم يظهر تحسن</w:t>
            </w:r>
          </w:p>
        </w:tc>
        <w:tc>
          <w:tcPr>
            <w:tcW w:w="6384" w:type="dxa"/>
            <w:vAlign w:val="center"/>
          </w:tcPr>
          <w:p w14:paraId="60CD6DFD" w14:textId="77777777" w:rsidR="00F166F5" w:rsidRPr="00037309" w:rsidRDefault="00022476" w:rsidP="00037309">
            <w:pPr>
              <w:bidi/>
              <w:rPr>
                <w:color w:val="000000" w:themeColor="text1"/>
              </w:rPr>
            </w:pPr>
            <w:r w:rsidRPr="00037309">
              <w:rPr>
                <w:color w:val="000000" w:themeColor="text1"/>
                <w:sz w:val="15"/>
                <w:rtl/>
              </w:rPr>
              <w:t>تعديل التدخل وتكثيف العلاج ثم إعادة القياس.</w:t>
            </w:r>
          </w:p>
        </w:tc>
      </w:tr>
      <w:tr w:rsidR="00F166F5" w:rsidRPr="00037309" w14:paraId="49A233F1" w14:textId="77777777" w:rsidTr="00EE6CD4">
        <w:trPr>
          <w:trHeight w:val="567"/>
          <w:jc w:val="center"/>
        </w:trPr>
        <w:tc>
          <w:tcPr>
            <w:tcW w:w="3536" w:type="dxa"/>
            <w:vAlign w:val="center"/>
          </w:tcPr>
          <w:p w14:paraId="07551521" w14:textId="77777777" w:rsidR="00F166F5" w:rsidRPr="00037309" w:rsidRDefault="00022476" w:rsidP="00037309">
            <w:pPr>
              <w:bidi/>
              <w:rPr>
                <w:color w:val="000000" w:themeColor="text1"/>
              </w:rPr>
            </w:pPr>
            <w:r w:rsidRPr="00037309">
              <w:rPr>
                <w:color w:val="000000" w:themeColor="text1"/>
                <w:sz w:val="15"/>
                <w:rtl/>
              </w:rPr>
              <w:t>تراجع الأداء بعد التدريب</w:t>
            </w:r>
          </w:p>
        </w:tc>
        <w:tc>
          <w:tcPr>
            <w:tcW w:w="6384" w:type="dxa"/>
            <w:vAlign w:val="center"/>
          </w:tcPr>
          <w:p w14:paraId="6618347B" w14:textId="77777777" w:rsidR="00F166F5" w:rsidRPr="00037309" w:rsidRDefault="00022476" w:rsidP="00037309">
            <w:pPr>
              <w:bidi/>
              <w:rPr>
                <w:color w:val="000000" w:themeColor="text1"/>
              </w:rPr>
            </w:pPr>
            <w:r w:rsidRPr="00037309">
              <w:rPr>
                <w:color w:val="000000" w:themeColor="text1"/>
                <w:sz w:val="15"/>
                <w:rtl/>
              </w:rPr>
              <w:t>تحليل أسباب التراجع وتقديم تدخل مركز ومتابعة الطالب وإشراك ولي الأمر عند الحاجة.</w:t>
            </w:r>
          </w:p>
        </w:tc>
      </w:tr>
    </w:tbl>
    <w:p w14:paraId="56BD5CC9" w14:textId="77777777" w:rsidR="00037309" w:rsidRDefault="00037309" w:rsidP="00037309">
      <w:pPr>
        <w:bidi/>
        <w:spacing w:after="40" w:line="240" w:lineRule="auto"/>
        <w:rPr>
          <w:b/>
          <w:sz w:val="17"/>
          <w:rtl/>
        </w:rPr>
      </w:pPr>
    </w:p>
    <w:p w14:paraId="6EAF758C" w14:textId="5806B1AA" w:rsidR="00F166F5" w:rsidRDefault="003F0EB7" w:rsidP="00037309">
      <w:pPr>
        <w:bidi/>
        <w:spacing w:after="40" w:line="240" w:lineRule="auto"/>
        <w:jc w:val="center"/>
      </w:pPr>
      <w:r>
        <w:rPr>
          <w:rFonts w:cs="Khalid Art bold" w:hint="cs"/>
          <w:noProof/>
          <w:color w:val="008080"/>
          <w:sz w:val="20"/>
          <w:szCs w:val="24"/>
          <w:rtl/>
          <w:lang w:val="ar-SA"/>
        </w:rPr>
        <mc:AlternateContent>
          <mc:Choice Requires="wps">
            <w:drawing>
              <wp:anchor distT="0" distB="0" distL="114300" distR="114300" simplePos="0" relativeHeight="251673600" behindDoc="0" locked="0" layoutInCell="1" allowOverlap="1" wp14:anchorId="13DABD86" wp14:editId="24D88148">
                <wp:simplePos x="0" y="0"/>
                <wp:positionH relativeFrom="column">
                  <wp:posOffset>619760</wp:posOffset>
                </wp:positionH>
                <wp:positionV relativeFrom="paragraph">
                  <wp:posOffset>1066800</wp:posOffset>
                </wp:positionV>
                <wp:extent cx="1272540" cy="327660"/>
                <wp:effectExtent l="0" t="0" r="0" b="0"/>
                <wp:wrapNone/>
                <wp:docPr id="793339625" name="مربع نص 1"/>
                <wp:cNvGraphicFramePr/>
                <a:graphic xmlns:a="http://schemas.openxmlformats.org/drawingml/2006/main">
                  <a:graphicData uri="http://schemas.microsoft.com/office/word/2010/wordprocessingShape">
                    <wps:wsp>
                      <wps:cNvSpPr txBox="1"/>
                      <wps:spPr>
                        <a:xfrm>
                          <a:off x="0" y="0"/>
                          <a:ext cx="1272540" cy="327660"/>
                        </a:xfrm>
                        <a:prstGeom prst="rect">
                          <a:avLst/>
                        </a:prstGeom>
                        <a:noFill/>
                        <a:ln w="6350">
                          <a:noFill/>
                        </a:ln>
                      </wps:spPr>
                      <wps:txbx>
                        <w:txbxContent>
                          <w:p w14:paraId="10838E58" w14:textId="77777777" w:rsidR="003F0EB7" w:rsidRDefault="003F0EB7" w:rsidP="003F0EB7">
                            <w:pPr>
                              <w:rPr>
                                <w:rtl/>
                              </w:rPr>
                            </w:pPr>
                            <w:r>
                              <w:rPr>
                                <w:rFonts w:hint="cs"/>
                                <w:rtl/>
                              </w:rPr>
                              <w:t>إعداد: أ. أحمد بن عبدالله</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ABD86" id="_x0000_s1033" type="#_x0000_t202" style="position:absolute;left:0;text-align:left;margin-left:48.8pt;margin-top:84pt;width:100.2pt;height:25.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" filled="f" stroked="f" strokeweight=".5pt">
                <v:textbox>
                  <w:txbxContent>
                    <w:p w14:paraId="10838E58" w14:textId="77777777" w:rsidR="003F0EB7" w:rsidRDefault="003F0EB7" w:rsidP="003F0EB7">
                      <w:pPr>
                        <w:rPr>
                          <w:rtl/>
                        </w:rPr>
                      </w:pPr>
                      <w:r>
                        <w:rPr>
                          <w:rFonts w:hint="cs"/>
                          <w:rtl/>
                        </w:rPr>
                        <w:t>إعداد: أ. أحمد بن عبدالله</w:t>
                      </w:r>
                    </w:p>
                  </w:txbxContent>
                </v:textbox>
              </v:shape>
            </w:pict>
          </mc:Fallback>
        </mc:AlternateContent>
      </w:r>
      <w:r w:rsidR="00022476">
        <w:rPr>
          <w:b/>
          <w:sz w:val="17"/>
          <w:rtl/>
        </w:rPr>
        <w:t>يعتمد مدير المدرسة: ........................................................     التوقيع: .................................     التاريخ: ........................</w:t>
      </w:r>
    </w:p>
    <w:sectPr w:rsidR="00F166F5" w:rsidSect="00034616">
      <w:pgSz w:w="12240" w:h="15840"/>
      <w:pgMar w:top="652" w:right="652" w:bottom="652" w:left="6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F070F" w14:textId="77777777" w:rsidR="00737145" w:rsidRDefault="00737145" w:rsidP="002208F5">
      <w:pPr>
        <w:spacing w:after="0" w:line="240" w:lineRule="auto"/>
      </w:pPr>
      <w:r>
        <w:separator/>
      </w:r>
    </w:p>
  </w:endnote>
  <w:endnote w:type="continuationSeparator" w:id="0">
    <w:p w14:paraId="529146A4" w14:textId="77777777" w:rsidR="00737145" w:rsidRDefault="00737145" w:rsidP="00220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PT Bold Heading">
    <w:panose1 w:val="02010400000000000000"/>
    <w:charset w:val="B2"/>
    <w:family w:val="auto"/>
    <w:pitch w:val="variable"/>
    <w:sig w:usb0="00002001" w:usb1="80000000" w:usb2="00000008" w:usb3="00000000" w:csb0="00000040" w:csb1="00000000"/>
  </w:font>
  <w:font w:name="Khalid Art bold">
    <w:panose1 w:val="00000000000000000000"/>
    <w:charset w:val="B2"/>
    <w:family w:val="auto"/>
    <w:pitch w:val="variable"/>
    <w:sig w:usb0="00002001" w:usb1="00000000" w:usb2="00000000" w:usb3="00000000" w:csb0="00000040" w:csb1="00000000"/>
  </w:font>
  <w:font w:name="FQ - AL MUHANNAD">
    <w:panose1 w:val="00000000000000000000"/>
    <w:charset w:val="B2"/>
    <w:family w:val="auto"/>
    <w:pitch w:val="variable"/>
    <w:sig w:usb0="00002001"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C9714" w14:textId="77777777" w:rsidR="00737145" w:rsidRDefault="00737145" w:rsidP="002208F5">
      <w:pPr>
        <w:spacing w:after="0" w:line="240" w:lineRule="auto"/>
      </w:pPr>
      <w:r>
        <w:separator/>
      </w:r>
    </w:p>
  </w:footnote>
  <w:footnote w:type="continuationSeparator" w:id="0">
    <w:p w14:paraId="582EA0C7" w14:textId="77777777" w:rsidR="00737145" w:rsidRDefault="00737145" w:rsidP="002208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2D6A706F"/>
    <w:multiLevelType w:val="hybridMultilevel"/>
    <w:tmpl w:val="26A03A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19037C"/>
    <w:multiLevelType w:val="hybridMultilevel"/>
    <w:tmpl w:val="B0703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1438353">
    <w:abstractNumId w:val="8"/>
  </w:num>
  <w:num w:numId="2" w16cid:durableId="1693611551">
    <w:abstractNumId w:val="6"/>
  </w:num>
  <w:num w:numId="3" w16cid:durableId="692808295">
    <w:abstractNumId w:val="5"/>
  </w:num>
  <w:num w:numId="4" w16cid:durableId="958146590">
    <w:abstractNumId w:val="4"/>
  </w:num>
  <w:num w:numId="5" w16cid:durableId="1442453783">
    <w:abstractNumId w:val="7"/>
  </w:num>
  <w:num w:numId="6" w16cid:durableId="1092512669">
    <w:abstractNumId w:val="3"/>
  </w:num>
  <w:num w:numId="7" w16cid:durableId="621690704">
    <w:abstractNumId w:val="2"/>
  </w:num>
  <w:num w:numId="8" w16cid:durableId="193076172">
    <w:abstractNumId w:val="1"/>
  </w:num>
  <w:num w:numId="9" w16cid:durableId="37707544">
    <w:abstractNumId w:val="0"/>
  </w:num>
  <w:num w:numId="10" w16cid:durableId="1414859865">
    <w:abstractNumId w:val="10"/>
  </w:num>
  <w:num w:numId="11" w16cid:durableId="11623543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2476"/>
    <w:rsid w:val="00034616"/>
    <w:rsid w:val="00037309"/>
    <w:rsid w:val="0006063C"/>
    <w:rsid w:val="00090E8A"/>
    <w:rsid w:val="00093669"/>
    <w:rsid w:val="000B24F5"/>
    <w:rsid w:val="000E3355"/>
    <w:rsid w:val="001064D2"/>
    <w:rsid w:val="0015074B"/>
    <w:rsid w:val="002208F5"/>
    <w:rsid w:val="00220B9C"/>
    <w:rsid w:val="00244EA9"/>
    <w:rsid w:val="0029639D"/>
    <w:rsid w:val="002D1A28"/>
    <w:rsid w:val="0031740C"/>
    <w:rsid w:val="00317EDD"/>
    <w:rsid w:val="00326F90"/>
    <w:rsid w:val="0037468B"/>
    <w:rsid w:val="003C3A15"/>
    <w:rsid w:val="003D6AA2"/>
    <w:rsid w:val="003F0EB7"/>
    <w:rsid w:val="004A7A6C"/>
    <w:rsid w:val="00513B05"/>
    <w:rsid w:val="0052003B"/>
    <w:rsid w:val="00522E62"/>
    <w:rsid w:val="005260C0"/>
    <w:rsid w:val="005C7622"/>
    <w:rsid w:val="005E2FE4"/>
    <w:rsid w:val="00697322"/>
    <w:rsid w:val="006A2C42"/>
    <w:rsid w:val="006A7878"/>
    <w:rsid w:val="006D1732"/>
    <w:rsid w:val="006D36AB"/>
    <w:rsid w:val="00737145"/>
    <w:rsid w:val="0074512A"/>
    <w:rsid w:val="007C17D6"/>
    <w:rsid w:val="00803979"/>
    <w:rsid w:val="0086303F"/>
    <w:rsid w:val="008911CD"/>
    <w:rsid w:val="008F5F77"/>
    <w:rsid w:val="009A51E5"/>
    <w:rsid w:val="009B7927"/>
    <w:rsid w:val="009E4BAB"/>
    <w:rsid w:val="00A00452"/>
    <w:rsid w:val="00A27121"/>
    <w:rsid w:val="00A42A65"/>
    <w:rsid w:val="00A60EF5"/>
    <w:rsid w:val="00A727AB"/>
    <w:rsid w:val="00A87C03"/>
    <w:rsid w:val="00AA1D8D"/>
    <w:rsid w:val="00AC12E9"/>
    <w:rsid w:val="00AD2CBC"/>
    <w:rsid w:val="00AE5F03"/>
    <w:rsid w:val="00B47730"/>
    <w:rsid w:val="00B714FF"/>
    <w:rsid w:val="00C34319"/>
    <w:rsid w:val="00C355D8"/>
    <w:rsid w:val="00C96EDE"/>
    <w:rsid w:val="00CB0664"/>
    <w:rsid w:val="00CE004E"/>
    <w:rsid w:val="00D026A3"/>
    <w:rsid w:val="00D16F85"/>
    <w:rsid w:val="00D170AE"/>
    <w:rsid w:val="00DA70A5"/>
    <w:rsid w:val="00DE41E1"/>
    <w:rsid w:val="00EA03B7"/>
    <w:rsid w:val="00EC7468"/>
    <w:rsid w:val="00EE6CD4"/>
    <w:rsid w:val="00F166F5"/>
    <w:rsid w:val="00F21F11"/>
    <w:rsid w:val="00F92CA8"/>
    <w:rsid w:val="00FC693F"/>
    <w:rsid w:val="00FE409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f9f8f5,#ffffeb,#fffff3"/>
    </o:shapedefaults>
    <o:shapelayout v:ext="edit">
      <o:idmap v:ext="edit" data="1"/>
    </o:shapelayout>
  </w:shapeDefaults>
  <w:decimalSymbol w:val="."/>
  <w:listSeparator w:val=";"/>
  <w14:docId w14:val="24062061"/>
  <w14:defaultImageDpi w14:val="300"/>
  <w15:docId w15:val="{9A5EC46A-818A-4BA6-B837-34431B42A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Arial" w:hAnsi="Arial"/>
      <w:sz w:val="19"/>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1319</Words>
  <Characters>7523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8825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أحمد الشهري</cp:lastModifiedBy>
  <cp:revision>11</cp:revision>
  <cp:lastPrinted>2026-09-04T19:50:00Z</cp:lastPrinted>
  <dcterms:created xsi:type="dcterms:W3CDTF">2026-09-04T19:03:00Z</dcterms:created>
  <dcterms:modified xsi:type="dcterms:W3CDTF">2026-09-05T06:52:00Z</dcterms:modified>
  <cp:category/>
</cp:coreProperties>
</file>